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627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  <w:sz w:val="24"/>
          <w:szCs w:val="24"/>
        </w:rPr>
      </w:pPr>
      <w:r w:rsidRPr="00EB398F">
        <w:rPr>
          <w:rFonts w:ascii="Times New Roman" w:hAnsi="Times New Roman" w:cs="Times New Roman"/>
          <w:b/>
          <w:sz w:val="24"/>
          <w:szCs w:val="24"/>
        </w:rPr>
        <w:t>A VI-a CONFERINȚĂ INTERNAȚIONALĂ DE STUDII ROMÂNEȘTI DIN CEHIA ȘI SLOVACIA</w:t>
      </w:r>
    </w:p>
    <w:p w14:paraId="7DA40609" w14:textId="49AF46A6" w:rsidR="00E07988" w:rsidRPr="00EB398F" w:rsidRDefault="00000000" w:rsidP="00EB398F">
      <w:pPr>
        <w:spacing w:before="40" w:after="40"/>
        <w:rPr>
          <w:rFonts w:ascii="Times New Roman" w:hAnsi="Times New Roman" w:cs="Times New Roman"/>
          <w:sz w:val="24"/>
          <w:szCs w:val="24"/>
        </w:rPr>
      </w:pPr>
      <w:r w:rsidRPr="00EB398F">
        <w:rPr>
          <w:rFonts w:ascii="Times New Roman" w:hAnsi="Times New Roman" w:cs="Times New Roman"/>
          <w:sz w:val="24"/>
          <w:szCs w:val="24"/>
        </w:rPr>
        <w:t xml:space="preserve">Praga, 18–19 septembrie 2025 </w:t>
      </w:r>
    </w:p>
    <w:p w14:paraId="1888830E" w14:textId="5043876D" w:rsidR="00E07988" w:rsidRPr="00EB398F" w:rsidRDefault="00000000" w:rsidP="00EB398F">
      <w:pPr>
        <w:spacing w:before="40" w:after="40"/>
        <w:rPr>
          <w:rFonts w:ascii="Times New Roman" w:hAnsi="Times New Roman" w:cs="Times New Roman"/>
          <w:b/>
          <w:bCs/>
          <w:sz w:val="24"/>
          <w:szCs w:val="24"/>
        </w:rPr>
      </w:pPr>
      <w:r w:rsidRPr="00EB398F">
        <w:rPr>
          <w:rFonts w:ascii="Times New Roman" w:hAnsi="Times New Roman" w:cs="Times New Roman"/>
          <w:b/>
          <w:bCs/>
          <w:sz w:val="24"/>
          <w:szCs w:val="24"/>
        </w:rPr>
        <w:t>De la filologie la traducerea artistică</w:t>
      </w:r>
    </w:p>
    <w:p w14:paraId="48186642" w14:textId="77777777" w:rsidR="00E07988" w:rsidRDefault="00000000" w:rsidP="00EB398F">
      <w:pPr>
        <w:spacing w:before="40" w:after="40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208675869"/>
      <w:r w:rsidRPr="00EB398F">
        <w:rPr>
          <w:rFonts w:ascii="Times New Roman" w:hAnsi="Times New Roman" w:cs="Times New Roman"/>
          <w:sz w:val="24"/>
          <w:szCs w:val="24"/>
        </w:rPr>
        <w:t>*</w:t>
      </w:r>
      <w:bookmarkEnd w:id="0"/>
      <w:r w:rsidRPr="00EB398F">
        <w:rPr>
          <w:rFonts w:ascii="Times New Roman" w:hAnsi="Times New Roman" w:cs="Times New Roman"/>
          <w:i/>
          <w:iCs/>
          <w:sz w:val="24"/>
          <w:szCs w:val="24"/>
        </w:rPr>
        <w:t xml:space="preserve">Ad </w:t>
      </w:r>
      <w:proofErr w:type="spellStart"/>
      <w:r w:rsidRPr="00EB398F">
        <w:rPr>
          <w:rFonts w:ascii="Times New Roman" w:hAnsi="Times New Roman" w:cs="Times New Roman"/>
          <w:i/>
          <w:iCs/>
          <w:sz w:val="24"/>
          <w:szCs w:val="24"/>
        </w:rPr>
        <w:t>honorem</w:t>
      </w:r>
      <w:proofErr w:type="spellEnd"/>
      <w:r w:rsidRPr="00EB39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1" w:name="_Hlk208342199"/>
      <w:proofErr w:type="spellStart"/>
      <w:r w:rsidRPr="00EB398F">
        <w:rPr>
          <w:rFonts w:ascii="Times New Roman" w:hAnsi="Times New Roman" w:cs="Times New Roman"/>
          <w:i/>
          <w:iCs/>
          <w:sz w:val="24"/>
          <w:szCs w:val="24"/>
        </w:rPr>
        <w:t>Libuše</w:t>
      </w:r>
      <w:proofErr w:type="spellEnd"/>
      <w:r w:rsidRPr="00EB39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B398F">
        <w:rPr>
          <w:rFonts w:ascii="Times New Roman" w:hAnsi="Times New Roman" w:cs="Times New Roman"/>
          <w:i/>
          <w:iCs/>
          <w:sz w:val="24"/>
          <w:szCs w:val="24"/>
        </w:rPr>
        <w:t>Valentová</w:t>
      </w:r>
      <w:proofErr w:type="spellEnd"/>
      <w:r w:rsidRPr="00EB39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End w:id="1"/>
      <w:r w:rsidRPr="00EB398F">
        <w:rPr>
          <w:rFonts w:ascii="Times New Roman" w:hAnsi="Times New Roman" w:cs="Times New Roman"/>
          <w:i/>
          <w:iCs/>
          <w:sz w:val="24"/>
          <w:szCs w:val="24"/>
        </w:rPr>
        <w:t xml:space="preserve">et </w:t>
      </w:r>
      <w:bookmarkStart w:id="2" w:name="_Hlk208673369"/>
      <w:proofErr w:type="spellStart"/>
      <w:r w:rsidRPr="00EB398F">
        <w:rPr>
          <w:rFonts w:ascii="Times New Roman" w:hAnsi="Times New Roman" w:cs="Times New Roman"/>
          <w:i/>
          <w:iCs/>
          <w:sz w:val="24"/>
          <w:szCs w:val="24"/>
        </w:rPr>
        <w:t>Jiří</w:t>
      </w:r>
      <w:proofErr w:type="spellEnd"/>
      <w:r w:rsidRPr="00EB39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B398F">
        <w:rPr>
          <w:rFonts w:ascii="Times New Roman" w:hAnsi="Times New Roman" w:cs="Times New Roman"/>
          <w:i/>
          <w:iCs/>
          <w:sz w:val="24"/>
          <w:szCs w:val="24"/>
        </w:rPr>
        <w:t>Našinec</w:t>
      </w:r>
      <w:bookmarkEnd w:id="2"/>
      <w:proofErr w:type="spellEnd"/>
    </w:p>
    <w:p w14:paraId="6B17D854" w14:textId="511FD8F6" w:rsidR="00E07988" w:rsidRPr="00FD0DA9" w:rsidRDefault="00000000" w:rsidP="00FD0DA9">
      <w:pPr>
        <w:spacing w:before="40" w:after="40"/>
        <w:rPr>
          <w:rFonts w:ascii="Times New Roman" w:hAnsi="Times New Roman" w:cs="Times New Roman"/>
        </w:rPr>
      </w:pPr>
      <w:r w:rsidRPr="00FD0DA9">
        <w:rPr>
          <w:rFonts w:ascii="Times New Roman" w:hAnsi="Times New Roman" w:cs="Times New Roman"/>
        </w:rPr>
        <w:t>————————————————————————————————————————</w:t>
      </w:r>
    </w:p>
    <w:p w14:paraId="0CD2ED01" w14:textId="77777777" w:rsidR="00E07988" w:rsidRPr="00EB398F" w:rsidRDefault="00000000" w:rsidP="00EB398F">
      <w:pPr>
        <w:spacing w:before="160" w:after="12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</w:rPr>
        <w:t>JOI, 18 SEPTEMBRIE 2025</w:t>
      </w:r>
    </w:p>
    <w:p w14:paraId="12DAF4CA" w14:textId="38F8688A" w:rsidR="00E07988" w:rsidRPr="00EB398F" w:rsidRDefault="00000000" w:rsidP="00EB398F">
      <w:pPr>
        <w:spacing w:before="120" w:after="8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</w:rPr>
        <w:t>09:00 – 1</w:t>
      </w:r>
      <w:r w:rsidR="00E53676">
        <w:rPr>
          <w:rFonts w:ascii="Times New Roman" w:hAnsi="Times New Roman" w:cs="Times New Roman"/>
          <w:b/>
        </w:rPr>
        <w:t>1.00</w:t>
      </w:r>
      <w:r w:rsidRPr="00EB398F">
        <w:rPr>
          <w:rFonts w:ascii="Times New Roman" w:hAnsi="Times New Roman" w:cs="Times New Roman"/>
          <w:b/>
        </w:rPr>
        <w:t xml:space="preserve"> – DESCHIDEREA OFICIALĂ</w:t>
      </w:r>
    </w:p>
    <w:p w14:paraId="74EDB069" w14:textId="70622B44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Vor</w:t>
      </w:r>
      <w:r w:rsidR="00147336" w:rsidRPr="00EB398F">
        <w:rPr>
          <w:rFonts w:ascii="Times New Roman" w:hAnsi="Times New Roman" w:cs="Times New Roman"/>
        </w:rPr>
        <w:t xml:space="preserve"> lua cuvântul:</w:t>
      </w:r>
    </w:p>
    <w:p w14:paraId="5D95B3D7" w14:textId="7C938379" w:rsidR="00E07988" w:rsidRDefault="00000000" w:rsidP="00EB398F">
      <w:pPr>
        <w:spacing w:before="40" w:after="40"/>
        <w:rPr>
          <w:rFonts w:ascii="Times New Roman" w:hAnsi="Times New Roman" w:cs="Times New Roman"/>
        </w:rPr>
      </w:pPr>
      <w:bookmarkStart w:id="3" w:name="_Hlk208673163"/>
      <w:r w:rsidRPr="00EB398F">
        <w:rPr>
          <w:rFonts w:ascii="Times New Roman" w:hAnsi="Times New Roman" w:cs="Times New Roman"/>
        </w:rPr>
        <w:t>•</w:t>
      </w:r>
      <w:bookmarkEnd w:id="3"/>
      <w:r w:rsidRPr="00EB398F">
        <w:rPr>
          <w:rFonts w:ascii="Times New Roman" w:hAnsi="Times New Roman" w:cs="Times New Roman"/>
        </w:rPr>
        <w:tab/>
      </w:r>
      <w:r w:rsidR="00E822CF">
        <w:rPr>
          <w:rFonts w:ascii="Times New Roman" w:hAnsi="Times New Roman" w:cs="Times New Roman"/>
          <w:b/>
          <w:bCs/>
        </w:rPr>
        <w:t>KAREL KOUBA</w:t>
      </w:r>
      <w:r w:rsidR="003C2D94">
        <w:rPr>
          <w:rFonts w:ascii="Times New Roman" w:hAnsi="Times New Roman" w:cs="Times New Roman"/>
        </w:rPr>
        <w:t xml:space="preserve">, prodecan al </w:t>
      </w:r>
      <w:r w:rsidR="003C2D94" w:rsidRPr="003C2D94">
        <w:rPr>
          <w:rFonts w:ascii="Times New Roman" w:hAnsi="Times New Roman" w:cs="Times New Roman"/>
        </w:rPr>
        <w:t xml:space="preserve"> Facultății de Liter</w:t>
      </w:r>
      <w:r w:rsidR="003C2D94">
        <w:rPr>
          <w:rFonts w:ascii="Times New Roman" w:hAnsi="Times New Roman" w:cs="Times New Roman"/>
        </w:rPr>
        <w:t>e</w:t>
      </w:r>
    </w:p>
    <w:p w14:paraId="0F69FCEF" w14:textId="42D8B036" w:rsidR="003C2D94" w:rsidRDefault="003C2D94" w:rsidP="00EB398F">
      <w:pPr>
        <w:spacing w:before="40" w:after="40"/>
        <w:rPr>
          <w:rFonts w:ascii="Times New Roman" w:hAnsi="Times New Roman" w:cs="Times New Roman"/>
        </w:rPr>
      </w:pPr>
      <w:r w:rsidRPr="003C2D94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           </w:t>
      </w:r>
      <w:r w:rsidRPr="003C2D94">
        <w:rPr>
          <w:rFonts w:ascii="Times New Roman" w:hAnsi="Times New Roman" w:cs="Times New Roman"/>
          <w:b/>
          <w:bCs/>
        </w:rPr>
        <w:t>ALENKA JENSTERLE DOLEŽAL</w:t>
      </w:r>
      <w:r w:rsidRPr="003C2D94">
        <w:rPr>
          <w:rFonts w:ascii="Times New Roman" w:hAnsi="Times New Roman" w:cs="Times New Roman"/>
        </w:rPr>
        <w:t>, șeful Secției de Studii Balcanice</w:t>
      </w:r>
    </w:p>
    <w:p w14:paraId="53211725" w14:textId="303F9129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•</w:t>
      </w:r>
      <w:r w:rsidRPr="00EB398F">
        <w:rPr>
          <w:rFonts w:ascii="Times New Roman" w:hAnsi="Times New Roman" w:cs="Times New Roman"/>
        </w:rPr>
        <w:tab/>
      </w:r>
      <w:r w:rsidRPr="00EB398F">
        <w:rPr>
          <w:rFonts w:ascii="Times New Roman" w:hAnsi="Times New Roman" w:cs="Times New Roman"/>
          <w:b/>
          <w:bCs/>
        </w:rPr>
        <w:t xml:space="preserve">E.S. </w:t>
      </w:r>
      <w:r w:rsidR="003D5938" w:rsidRPr="00EB398F">
        <w:rPr>
          <w:rFonts w:ascii="Times New Roman" w:hAnsi="Times New Roman" w:cs="Times New Roman"/>
          <w:b/>
          <w:bCs/>
        </w:rPr>
        <w:t>ANTOANETA BARTA</w:t>
      </w:r>
      <w:r w:rsidRPr="00EB398F">
        <w:rPr>
          <w:rFonts w:ascii="Times New Roman" w:hAnsi="Times New Roman" w:cs="Times New Roman"/>
        </w:rPr>
        <w:t>, Ambasador al României în Republica Cehă</w:t>
      </w:r>
    </w:p>
    <w:p w14:paraId="3781D0B1" w14:textId="3632305B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•</w:t>
      </w:r>
      <w:r w:rsidRPr="00EB398F">
        <w:rPr>
          <w:rFonts w:ascii="Times New Roman" w:hAnsi="Times New Roman" w:cs="Times New Roman"/>
        </w:rPr>
        <w:tab/>
      </w:r>
      <w:r w:rsidRPr="00EB398F">
        <w:rPr>
          <w:rFonts w:ascii="Times New Roman" w:hAnsi="Times New Roman" w:cs="Times New Roman"/>
          <w:b/>
          <w:bCs/>
        </w:rPr>
        <w:t xml:space="preserve">E.S. </w:t>
      </w:r>
      <w:r w:rsidR="003D5938" w:rsidRPr="00EB398F">
        <w:rPr>
          <w:rFonts w:ascii="Times New Roman" w:hAnsi="Times New Roman" w:cs="Times New Roman"/>
          <w:b/>
          <w:bCs/>
        </w:rPr>
        <w:t>GABRIELA MORARU</w:t>
      </w:r>
      <w:r w:rsidRPr="00EB398F">
        <w:rPr>
          <w:rFonts w:ascii="Times New Roman" w:hAnsi="Times New Roman" w:cs="Times New Roman"/>
        </w:rPr>
        <w:t>, Ambasador al Republicii Moldova în Republica Cehă</w:t>
      </w:r>
    </w:p>
    <w:p w14:paraId="3202DB66" w14:textId="30D4493B" w:rsidR="003C2D94" w:rsidRDefault="00000000" w:rsidP="00EB398F">
      <w:pPr>
        <w:spacing w:before="40" w:after="40"/>
        <w:rPr>
          <w:rFonts w:ascii="Times New Roman" w:hAnsi="Times New Roman" w:cs="Times New Roman"/>
        </w:rPr>
      </w:pPr>
      <w:bookmarkStart w:id="4" w:name="_Hlk208342127"/>
      <w:r w:rsidRPr="00EB398F">
        <w:rPr>
          <w:rFonts w:ascii="Times New Roman" w:hAnsi="Times New Roman" w:cs="Times New Roman"/>
        </w:rPr>
        <w:t>•</w:t>
      </w:r>
      <w:r w:rsidRPr="00EB398F">
        <w:rPr>
          <w:rFonts w:ascii="Times New Roman" w:hAnsi="Times New Roman" w:cs="Times New Roman"/>
        </w:rPr>
        <w:tab/>
      </w:r>
      <w:bookmarkStart w:id="5" w:name="_Hlk207104935"/>
      <w:r w:rsidR="00DF1A57" w:rsidRPr="00EB398F">
        <w:rPr>
          <w:rFonts w:ascii="Times New Roman" w:hAnsi="Times New Roman" w:cs="Times New Roman"/>
          <w:b/>
          <w:bCs/>
        </w:rPr>
        <w:t>JARMILA HORÁKOVÁ</w:t>
      </w:r>
      <w:bookmarkEnd w:id="4"/>
      <w:r w:rsidR="009A1726">
        <w:rPr>
          <w:rFonts w:ascii="Times New Roman" w:hAnsi="Times New Roman" w:cs="Times New Roman"/>
        </w:rPr>
        <w:t>,</w:t>
      </w:r>
      <w:r w:rsidRPr="00EB398F">
        <w:rPr>
          <w:rFonts w:ascii="Times New Roman" w:hAnsi="Times New Roman" w:cs="Times New Roman"/>
        </w:rPr>
        <w:t xml:space="preserve"> </w:t>
      </w:r>
      <w:bookmarkEnd w:id="5"/>
      <w:r w:rsidRPr="00EB398F">
        <w:rPr>
          <w:rFonts w:ascii="Times New Roman" w:hAnsi="Times New Roman" w:cs="Times New Roman"/>
        </w:rPr>
        <w:t xml:space="preserve">Universitatea </w:t>
      </w:r>
      <w:proofErr w:type="spellStart"/>
      <w:r w:rsidRPr="00EB398F">
        <w:rPr>
          <w:rFonts w:ascii="Times New Roman" w:hAnsi="Times New Roman" w:cs="Times New Roman"/>
        </w:rPr>
        <w:t>Carolină</w:t>
      </w:r>
      <w:proofErr w:type="spellEnd"/>
      <w:r w:rsidRPr="00EB398F">
        <w:rPr>
          <w:rFonts w:ascii="Times New Roman" w:hAnsi="Times New Roman" w:cs="Times New Roman"/>
        </w:rPr>
        <w:t xml:space="preserve"> din Praga</w:t>
      </w:r>
      <w:r w:rsidR="003C2D94">
        <w:rPr>
          <w:rFonts w:ascii="Times New Roman" w:hAnsi="Times New Roman" w:cs="Times New Roman"/>
        </w:rPr>
        <w:t xml:space="preserve"> – </w:t>
      </w:r>
      <w:proofErr w:type="spellStart"/>
      <w:r w:rsidR="003C2D94">
        <w:rPr>
          <w:rFonts w:ascii="Times New Roman" w:hAnsi="Times New Roman" w:cs="Times New Roman"/>
        </w:rPr>
        <w:t>laudatio</w:t>
      </w:r>
      <w:proofErr w:type="spellEnd"/>
      <w:r w:rsidR="00B60458">
        <w:rPr>
          <w:rFonts w:ascii="Times New Roman" w:hAnsi="Times New Roman" w:cs="Times New Roman"/>
        </w:rPr>
        <w:t xml:space="preserve"> pentru </w:t>
      </w:r>
      <w:proofErr w:type="spellStart"/>
      <w:r w:rsidR="003C2D94" w:rsidRPr="003C2D94">
        <w:rPr>
          <w:rFonts w:ascii="Times New Roman" w:hAnsi="Times New Roman" w:cs="Times New Roman"/>
        </w:rPr>
        <w:t>Jiří</w:t>
      </w:r>
      <w:proofErr w:type="spellEnd"/>
      <w:r w:rsidR="003C2D94" w:rsidRPr="003C2D94">
        <w:rPr>
          <w:rFonts w:ascii="Times New Roman" w:hAnsi="Times New Roman" w:cs="Times New Roman"/>
        </w:rPr>
        <w:t xml:space="preserve"> </w:t>
      </w:r>
      <w:proofErr w:type="spellStart"/>
      <w:r w:rsidR="003C2D94" w:rsidRPr="003C2D94">
        <w:rPr>
          <w:rFonts w:ascii="Times New Roman" w:hAnsi="Times New Roman" w:cs="Times New Roman"/>
        </w:rPr>
        <w:t>Našinec</w:t>
      </w:r>
      <w:proofErr w:type="spellEnd"/>
    </w:p>
    <w:p w14:paraId="1B3E4044" w14:textId="6550BD2B" w:rsidR="009A1726" w:rsidRDefault="009A1726" w:rsidP="00EB398F">
      <w:pPr>
        <w:spacing w:before="40" w:after="40"/>
        <w:rPr>
          <w:rFonts w:ascii="Times New Roman" w:hAnsi="Times New Roman" w:cs="Times New Roman"/>
        </w:rPr>
      </w:pPr>
      <w:r w:rsidRPr="009A1726">
        <w:rPr>
          <w:rFonts w:ascii="Times New Roman" w:hAnsi="Times New Roman" w:cs="Times New Roman"/>
        </w:rPr>
        <w:t>•</w:t>
      </w:r>
      <w:r w:rsidRPr="009A1726">
        <w:rPr>
          <w:rFonts w:ascii="Times New Roman" w:hAnsi="Times New Roman" w:cs="Times New Roman"/>
        </w:rPr>
        <w:tab/>
      </w:r>
      <w:r w:rsidR="00A806AE" w:rsidRPr="00A806AE">
        <w:rPr>
          <w:rFonts w:ascii="Times New Roman" w:hAnsi="Times New Roman" w:cs="Times New Roman"/>
          <w:b/>
          <w:bCs/>
        </w:rPr>
        <w:t>LIBUŠA</w:t>
      </w:r>
      <w:r w:rsidR="00A806AE">
        <w:rPr>
          <w:rFonts w:ascii="Times New Roman" w:hAnsi="Times New Roman" w:cs="Times New Roman"/>
        </w:rPr>
        <w:t xml:space="preserve"> </w:t>
      </w:r>
      <w:r w:rsidR="003D5938" w:rsidRPr="007D6B6E">
        <w:rPr>
          <w:rFonts w:ascii="Times New Roman" w:hAnsi="Times New Roman" w:cs="Times New Roman"/>
          <w:b/>
          <w:bCs/>
        </w:rPr>
        <w:t>VAJDOVÁ</w:t>
      </w:r>
      <w:r w:rsidR="003D5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proofErr w:type="spellStart"/>
      <w:r w:rsidR="003C2D94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audatio</w:t>
      </w:r>
      <w:proofErr w:type="spellEnd"/>
      <w:r>
        <w:rPr>
          <w:rFonts w:ascii="Times New Roman" w:hAnsi="Times New Roman" w:cs="Times New Roman"/>
        </w:rPr>
        <w:t xml:space="preserve"> pentru </w:t>
      </w:r>
      <w:proofErr w:type="spellStart"/>
      <w:r w:rsidRPr="009A1726">
        <w:rPr>
          <w:rFonts w:ascii="Times New Roman" w:hAnsi="Times New Roman" w:cs="Times New Roman"/>
        </w:rPr>
        <w:t>Libuše</w:t>
      </w:r>
      <w:proofErr w:type="spellEnd"/>
      <w:r w:rsidRPr="009A1726">
        <w:rPr>
          <w:rFonts w:ascii="Times New Roman" w:hAnsi="Times New Roman" w:cs="Times New Roman"/>
        </w:rPr>
        <w:t xml:space="preserve"> </w:t>
      </w:r>
      <w:proofErr w:type="spellStart"/>
      <w:r w:rsidRPr="009A1726">
        <w:rPr>
          <w:rFonts w:ascii="Times New Roman" w:hAnsi="Times New Roman" w:cs="Times New Roman"/>
        </w:rPr>
        <w:t>Valentová</w:t>
      </w:r>
      <w:proofErr w:type="spellEnd"/>
    </w:p>
    <w:p w14:paraId="54DD63CE" w14:textId="77777777" w:rsidR="009A1726" w:rsidRDefault="009A1726" w:rsidP="00EB398F">
      <w:pPr>
        <w:spacing w:before="40" w:after="40"/>
        <w:rPr>
          <w:rFonts w:ascii="Times New Roman" w:hAnsi="Times New Roman" w:cs="Times New Roman"/>
        </w:rPr>
      </w:pPr>
    </w:p>
    <w:p w14:paraId="699E4375" w14:textId="574BCA8D" w:rsidR="00E07988" w:rsidRPr="00EB398F" w:rsidRDefault="00000000" w:rsidP="00EB398F">
      <w:pPr>
        <w:spacing w:before="40" w:after="40"/>
        <w:rPr>
          <w:rFonts w:ascii="Times New Roman" w:hAnsi="Times New Roman" w:cs="Times New Roman"/>
          <w:iCs/>
        </w:rPr>
      </w:pPr>
      <w:r w:rsidRPr="00EB398F">
        <w:rPr>
          <w:rFonts w:ascii="Times New Roman" w:hAnsi="Times New Roman" w:cs="Times New Roman"/>
          <w:iCs/>
        </w:rPr>
        <w:t xml:space="preserve">Moderator: </w:t>
      </w:r>
      <w:r w:rsidR="003D5938" w:rsidRPr="00EB398F">
        <w:rPr>
          <w:rFonts w:ascii="Times New Roman" w:hAnsi="Times New Roman" w:cs="Times New Roman"/>
          <w:b/>
          <w:bCs/>
          <w:iCs/>
        </w:rPr>
        <w:t>NICOLAE ADRIAN HENȚ</w:t>
      </w:r>
      <w:r w:rsidRPr="00EB398F">
        <w:rPr>
          <w:rFonts w:ascii="Times New Roman" w:hAnsi="Times New Roman" w:cs="Times New Roman"/>
          <w:iCs/>
        </w:rPr>
        <w:t xml:space="preserve">, Universitatea </w:t>
      </w:r>
      <w:proofErr w:type="spellStart"/>
      <w:r w:rsidRPr="00EB398F">
        <w:rPr>
          <w:rFonts w:ascii="Times New Roman" w:hAnsi="Times New Roman" w:cs="Times New Roman"/>
          <w:iCs/>
        </w:rPr>
        <w:t>Carolină</w:t>
      </w:r>
      <w:proofErr w:type="spellEnd"/>
      <w:r w:rsidRPr="00EB398F">
        <w:rPr>
          <w:rFonts w:ascii="Times New Roman" w:hAnsi="Times New Roman" w:cs="Times New Roman"/>
          <w:iCs/>
        </w:rPr>
        <w:t xml:space="preserve"> din Praga / ILR</w:t>
      </w:r>
    </w:p>
    <w:p w14:paraId="778ED969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————————————————————————————————————————</w:t>
      </w:r>
    </w:p>
    <w:p w14:paraId="3E377F4A" w14:textId="77777777" w:rsidR="00E07988" w:rsidRPr="00EB398F" w:rsidRDefault="00000000" w:rsidP="00EB398F">
      <w:pPr>
        <w:spacing w:before="120" w:after="8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</w:rPr>
        <w:t>SECTIUNEA I</w:t>
      </w:r>
    </w:p>
    <w:p w14:paraId="721B1452" w14:textId="77777777" w:rsidR="00E07988" w:rsidRPr="004651BF" w:rsidRDefault="00000000" w:rsidP="00EB398F">
      <w:pPr>
        <w:spacing w:before="40" w:after="40"/>
        <w:rPr>
          <w:rFonts w:ascii="Times New Roman" w:hAnsi="Times New Roman" w:cs="Times New Roman"/>
          <w:b/>
          <w:bCs/>
          <w:u w:val="single"/>
        </w:rPr>
      </w:pPr>
      <w:r w:rsidRPr="004651BF">
        <w:rPr>
          <w:rFonts w:ascii="Times New Roman" w:hAnsi="Times New Roman" w:cs="Times New Roman"/>
          <w:b/>
          <w:bCs/>
          <w:u w:val="single"/>
        </w:rPr>
        <w:t>Studii românești. Limba și literatura română – noi tendințe în domeniu / Cultura română în secolul XXI și promovarea ei în lume</w:t>
      </w:r>
    </w:p>
    <w:p w14:paraId="13E770D9" w14:textId="27D0BCDE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i/>
        </w:rPr>
        <w:t xml:space="preserve">Moderator: </w:t>
      </w:r>
      <w:r w:rsidR="00E53676">
        <w:rPr>
          <w:rFonts w:ascii="Times New Roman" w:hAnsi="Times New Roman" w:cs="Times New Roman"/>
          <w:b/>
          <w:bCs/>
          <w:i/>
        </w:rPr>
        <w:t xml:space="preserve">Ovidiu </w:t>
      </w:r>
      <w:proofErr w:type="spellStart"/>
      <w:r w:rsidR="00E53676">
        <w:rPr>
          <w:rFonts w:ascii="Times New Roman" w:hAnsi="Times New Roman" w:cs="Times New Roman"/>
          <w:b/>
          <w:bCs/>
          <w:i/>
        </w:rPr>
        <w:t>Ivancu</w:t>
      </w:r>
      <w:proofErr w:type="spellEnd"/>
    </w:p>
    <w:p w14:paraId="0D71CAEF" w14:textId="3EB128BF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</w:t>
      </w:r>
      <w:r w:rsidR="00E53676">
        <w:rPr>
          <w:rFonts w:ascii="Times New Roman" w:hAnsi="Times New Roman" w:cs="Times New Roman"/>
        </w:rPr>
        <w:t>1</w:t>
      </w:r>
      <w:r w:rsidRPr="00EB398F">
        <w:rPr>
          <w:rFonts w:ascii="Times New Roman" w:hAnsi="Times New Roman" w:cs="Times New Roman"/>
        </w:rPr>
        <w:t>:</w:t>
      </w:r>
      <w:r w:rsidR="00E53676">
        <w:rPr>
          <w:rFonts w:ascii="Times New Roman" w:hAnsi="Times New Roman" w:cs="Times New Roman"/>
        </w:rPr>
        <w:t>0</w:t>
      </w:r>
      <w:r w:rsidRPr="00EB398F">
        <w:rPr>
          <w:rFonts w:ascii="Times New Roman" w:hAnsi="Times New Roman" w:cs="Times New Roman"/>
        </w:rPr>
        <w:t>0 – 1</w:t>
      </w:r>
      <w:r w:rsidR="00E53676">
        <w:rPr>
          <w:rFonts w:ascii="Times New Roman" w:hAnsi="Times New Roman" w:cs="Times New Roman"/>
        </w:rPr>
        <w:t>1</w:t>
      </w:r>
      <w:r w:rsidRPr="00EB398F">
        <w:rPr>
          <w:rFonts w:ascii="Times New Roman" w:hAnsi="Times New Roman" w:cs="Times New Roman"/>
        </w:rPr>
        <w:t>:</w:t>
      </w:r>
      <w:r w:rsidR="00E53676">
        <w:rPr>
          <w:rFonts w:ascii="Times New Roman" w:hAnsi="Times New Roman" w:cs="Times New Roman"/>
        </w:rPr>
        <w:t>2</w:t>
      </w:r>
      <w:r w:rsidRPr="00EB398F">
        <w:rPr>
          <w:rFonts w:ascii="Times New Roman" w:hAnsi="Times New Roman" w:cs="Times New Roman"/>
        </w:rPr>
        <w:t>0</w:t>
      </w:r>
    </w:p>
    <w:p w14:paraId="6182F549" w14:textId="4329F59E" w:rsidR="00E07988" w:rsidRPr="00EB398F" w:rsidRDefault="003D5938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ANDREEA BĂLAN</w:t>
      </w:r>
      <w:r w:rsidRPr="00EB398F">
        <w:rPr>
          <w:rFonts w:ascii="Times New Roman" w:hAnsi="Times New Roman" w:cs="Times New Roman"/>
        </w:rPr>
        <w:t xml:space="preserve"> – Universitatea </w:t>
      </w:r>
      <w:proofErr w:type="spellStart"/>
      <w:r w:rsidRPr="00EB398F">
        <w:rPr>
          <w:rFonts w:ascii="Times New Roman" w:hAnsi="Times New Roman" w:cs="Times New Roman"/>
        </w:rPr>
        <w:t>Carolină</w:t>
      </w:r>
      <w:proofErr w:type="spellEnd"/>
      <w:r w:rsidRPr="00EB398F">
        <w:rPr>
          <w:rFonts w:ascii="Times New Roman" w:hAnsi="Times New Roman" w:cs="Times New Roman"/>
        </w:rPr>
        <w:t xml:space="preserve"> din Praga</w:t>
      </w:r>
    </w:p>
    <w:p w14:paraId="7808CFC7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Mircea Cărtărescu </w:t>
      </w:r>
      <w:proofErr w:type="spellStart"/>
      <w:r w:rsidRPr="00EB398F">
        <w:rPr>
          <w:rFonts w:ascii="Times New Roman" w:hAnsi="Times New Roman" w:cs="Times New Roman"/>
        </w:rPr>
        <w:t>and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world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literature</w:t>
      </w:r>
      <w:proofErr w:type="spellEnd"/>
      <w:r w:rsidRPr="00EB398F">
        <w:rPr>
          <w:rFonts w:ascii="Times New Roman" w:hAnsi="Times New Roman" w:cs="Times New Roman"/>
        </w:rPr>
        <w:t xml:space="preserve">: a </w:t>
      </w:r>
      <w:proofErr w:type="spellStart"/>
      <w:r w:rsidRPr="00EB398F">
        <w:rPr>
          <w:rFonts w:ascii="Times New Roman" w:hAnsi="Times New Roman" w:cs="Times New Roman"/>
        </w:rPr>
        <w:t>reception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map</w:t>
      </w:r>
      <w:proofErr w:type="spellEnd"/>
    </w:p>
    <w:p w14:paraId="0517F278" w14:textId="0AEC9FA4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</w:t>
      </w:r>
      <w:r w:rsidR="00E53676">
        <w:rPr>
          <w:rFonts w:ascii="Times New Roman" w:hAnsi="Times New Roman" w:cs="Times New Roman"/>
        </w:rPr>
        <w:t>1</w:t>
      </w:r>
      <w:r w:rsidRPr="00EB398F">
        <w:rPr>
          <w:rFonts w:ascii="Times New Roman" w:hAnsi="Times New Roman" w:cs="Times New Roman"/>
        </w:rPr>
        <w:t>:</w:t>
      </w:r>
      <w:r w:rsidR="00E53676">
        <w:rPr>
          <w:rFonts w:ascii="Times New Roman" w:hAnsi="Times New Roman" w:cs="Times New Roman"/>
        </w:rPr>
        <w:t>2</w:t>
      </w:r>
      <w:r w:rsidRPr="00EB398F">
        <w:rPr>
          <w:rFonts w:ascii="Times New Roman" w:hAnsi="Times New Roman" w:cs="Times New Roman"/>
        </w:rPr>
        <w:t>0 – 11:</w:t>
      </w:r>
      <w:r w:rsidR="00E53676">
        <w:rPr>
          <w:rFonts w:ascii="Times New Roman" w:hAnsi="Times New Roman" w:cs="Times New Roman"/>
        </w:rPr>
        <w:t>4</w:t>
      </w:r>
      <w:r w:rsidRPr="00EB398F">
        <w:rPr>
          <w:rFonts w:ascii="Times New Roman" w:hAnsi="Times New Roman" w:cs="Times New Roman"/>
        </w:rPr>
        <w:t>0</w:t>
      </w:r>
    </w:p>
    <w:p w14:paraId="02BD8BBC" w14:textId="1452A517" w:rsidR="00E07988" w:rsidRPr="00EB398F" w:rsidRDefault="003D5938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ALEXANDRU MARDALE</w:t>
      </w:r>
      <w:r>
        <w:rPr>
          <w:rFonts w:ascii="Times New Roman" w:hAnsi="Times New Roman" w:cs="Times New Roman"/>
          <w:b/>
          <w:bCs/>
        </w:rPr>
        <w:t xml:space="preserve"> </w:t>
      </w:r>
      <w:r w:rsidRPr="00EB398F">
        <w:rPr>
          <w:rFonts w:ascii="Times New Roman" w:hAnsi="Times New Roman" w:cs="Times New Roman"/>
        </w:rPr>
        <w:t xml:space="preserve">– INALCO Paris / CNRS </w:t>
      </w:r>
      <w:proofErr w:type="spellStart"/>
      <w:r w:rsidRPr="00EB398F">
        <w:rPr>
          <w:rFonts w:ascii="Times New Roman" w:hAnsi="Times New Roman" w:cs="Times New Roman"/>
        </w:rPr>
        <w:t>SeDyL</w:t>
      </w:r>
      <w:proofErr w:type="spellEnd"/>
    </w:p>
    <w:p w14:paraId="3CA6703B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Studiile românești în Franța. Cu referire specială la INALCO, la 150 de ani de la introducerea cursului de limba română</w:t>
      </w:r>
    </w:p>
    <w:p w14:paraId="582C6578" w14:textId="4CA9C33F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11:</w:t>
      </w:r>
      <w:r w:rsidR="00E53676">
        <w:rPr>
          <w:rFonts w:ascii="Times New Roman" w:hAnsi="Times New Roman" w:cs="Times New Roman"/>
        </w:rPr>
        <w:t>4</w:t>
      </w:r>
      <w:r w:rsidRPr="00EB398F">
        <w:rPr>
          <w:rFonts w:ascii="Times New Roman" w:hAnsi="Times New Roman" w:cs="Times New Roman"/>
        </w:rPr>
        <w:t>0 – 1</w:t>
      </w:r>
      <w:r w:rsidR="00E53676">
        <w:rPr>
          <w:rFonts w:ascii="Times New Roman" w:hAnsi="Times New Roman" w:cs="Times New Roman"/>
        </w:rPr>
        <w:t>2</w:t>
      </w:r>
      <w:r w:rsidRPr="00EB398F">
        <w:rPr>
          <w:rFonts w:ascii="Times New Roman" w:hAnsi="Times New Roman" w:cs="Times New Roman"/>
        </w:rPr>
        <w:t>:</w:t>
      </w:r>
      <w:r w:rsidR="00E53676">
        <w:rPr>
          <w:rFonts w:ascii="Times New Roman" w:hAnsi="Times New Roman" w:cs="Times New Roman"/>
        </w:rPr>
        <w:t>0</w:t>
      </w:r>
      <w:r w:rsidRPr="00EB398F">
        <w:rPr>
          <w:rFonts w:ascii="Times New Roman" w:hAnsi="Times New Roman" w:cs="Times New Roman"/>
        </w:rPr>
        <w:t>0</w:t>
      </w:r>
    </w:p>
    <w:p w14:paraId="3A3D9BDD" w14:textId="513FEF72" w:rsidR="00E07988" w:rsidRPr="00EB398F" w:rsidRDefault="00B95292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ANNA OCZKO</w:t>
      </w:r>
      <w:r w:rsidRPr="00EB398F">
        <w:rPr>
          <w:rFonts w:ascii="Times New Roman" w:hAnsi="Times New Roman" w:cs="Times New Roman"/>
        </w:rPr>
        <w:t xml:space="preserve"> – Universitatea </w:t>
      </w:r>
      <w:proofErr w:type="spellStart"/>
      <w:r w:rsidRPr="00EB398F">
        <w:rPr>
          <w:rFonts w:ascii="Times New Roman" w:hAnsi="Times New Roman" w:cs="Times New Roman"/>
        </w:rPr>
        <w:t>Jagiellonă</w:t>
      </w:r>
      <w:proofErr w:type="spellEnd"/>
      <w:r w:rsidRPr="00EB398F">
        <w:rPr>
          <w:rFonts w:ascii="Times New Roman" w:hAnsi="Times New Roman" w:cs="Times New Roman"/>
        </w:rPr>
        <w:t xml:space="preserve"> din Cracovia</w:t>
      </w:r>
    </w:p>
    <w:p w14:paraId="13D42B03" w14:textId="7A2935D5" w:rsidR="002E4EDD" w:rsidRPr="00E53676" w:rsidRDefault="00000000" w:rsidP="00E53676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Un filolog român non-nativ așteptat pe piața muncii</w:t>
      </w:r>
      <w:r w:rsidR="008C2E5B" w:rsidRPr="00EB398F">
        <w:rPr>
          <w:rFonts w:ascii="Times New Roman" w:hAnsi="Times New Roman" w:cs="Times New Roman"/>
        </w:rPr>
        <w:t xml:space="preserve">. </w:t>
      </w:r>
      <w:r w:rsidRPr="00EB398F">
        <w:rPr>
          <w:rFonts w:ascii="Times New Roman" w:hAnsi="Times New Roman" w:cs="Times New Roman"/>
        </w:rPr>
        <w:t>Noi perspective și provocări – studii românești din țările străin</w:t>
      </w:r>
      <w:r w:rsidR="00E53676">
        <w:rPr>
          <w:rFonts w:ascii="Times New Roman" w:hAnsi="Times New Roman" w:cs="Times New Roman"/>
        </w:rPr>
        <w:t>e</w:t>
      </w:r>
    </w:p>
    <w:p w14:paraId="6C85E350" w14:textId="2BD7D0B9" w:rsidR="007D6638" w:rsidRDefault="007D6638" w:rsidP="007D6638">
      <w:pPr>
        <w:spacing w:before="40" w:after="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12:00 – 12:20</w:t>
      </w:r>
    </w:p>
    <w:p w14:paraId="6D6CEE60" w14:textId="7E854DE9" w:rsidR="007D6638" w:rsidRDefault="00610013" w:rsidP="007D6638">
      <w:pPr>
        <w:spacing w:before="40" w:after="40"/>
        <w:rPr>
          <w:rFonts w:ascii="Times New Roman" w:hAnsi="Times New Roman" w:cs="Times New Roman"/>
          <w:iCs/>
        </w:rPr>
      </w:pPr>
      <w:r w:rsidRPr="00610013">
        <w:rPr>
          <w:rFonts w:ascii="Times New Roman" w:hAnsi="Times New Roman" w:cs="Times New Roman"/>
          <w:b/>
          <w:bCs/>
          <w:iCs/>
        </w:rPr>
        <w:t>LAURA ZĂVALEANU</w:t>
      </w:r>
      <w:r>
        <w:rPr>
          <w:rFonts w:ascii="Times New Roman" w:hAnsi="Times New Roman" w:cs="Times New Roman"/>
          <w:iCs/>
        </w:rPr>
        <w:t xml:space="preserve"> </w:t>
      </w:r>
      <w:r w:rsidR="007D6638">
        <w:rPr>
          <w:rFonts w:ascii="Times New Roman" w:hAnsi="Times New Roman" w:cs="Times New Roman"/>
          <w:iCs/>
        </w:rPr>
        <w:t xml:space="preserve">– Universitatea </w:t>
      </w:r>
      <w:proofErr w:type="spellStart"/>
      <w:r w:rsidR="007D6638">
        <w:rPr>
          <w:rFonts w:ascii="Times New Roman" w:hAnsi="Times New Roman" w:cs="Times New Roman"/>
          <w:iCs/>
        </w:rPr>
        <w:t>Babes</w:t>
      </w:r>
      <w:proofErr w:type="spellEnd"/>
      <w:r w:rsidR="007D6638">
        <w:rPr>
          <w:rFonts w:ascii="Times New Roman" w:hAnsi="Times New Roman" w:cs="Times New Roman"/>
          <w:iCs/>
        </w:rPr>
        <w:t xml:space="preserve">-Bolyai din </w:t>
      </w:r>
      <w:bookmarkStart w:id="6" w:name="_Hlk208342967"/>
      <w:r w:rsidR="007D6638">
        <w:rPr>
          <w:rFonts w:ascii="Times New Roman" w:hAnsi="Times New Roman" w:cs="Times New Roman"/>
          <w:iCs/>
        </w:rPr>
        <w:t>Cluj-Napoca</w:t>
      </w:r>
      <w:bookmarkEnd w:id="6"/>
    </w:p>
    <w:p w14:paraId="112579A6" w14:textId="48984C5D" w:rsidR="007D6638" w:rsidRDefault="007D6638" w:rsidP="007D6638">
      <w:pPr>
        <w:spacing w:before="40" w:after="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Noi abordări în predarea și interpretarea literaturii române</w:t>
      </w:r>
    </w:p>
    <w:p w14:paraId="1A9753F9" w14:textId="070F7A6F" w:rsidR="007D6638" w:rsidRDefault="007D6638" w:rsidP="007D6638">
      <w:pPr>
        <w:spacing w:before="40" w:after="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12:20 – 12:40 </w:t>
      </w:r>
    </w:p>
    <w:p w14:paraId="50A3F2DF" w14:textId="3B2B9632" w:rsidR="007D6638" w:rsidRDefault="00610013" w:rsidP="007D6638">
      <w:pPr>
        <w:spacing w:before="40" w:after="40"/>
        <w:rPr>
          <w:rFonts w:ascii="Times New Roman" w:hAnsi="Times New Roman" w:cs="Times New Roman"/>
          <w:iCs/>
        </w:rPr>
      </w:pPr>
      <w:r w:rsidRPr="00610013">
        <w:rPr>
          <w:rFonts w:ascii="Times New Roman" w:hAnsi="Times New Roman" w:cs="Times New Roman"/>
          <w:b/>
          <w:bCs/>
          <w:iCs/>
        </w:rPr>
        <w:t>CLAUDIA CHIRCU</w:t>
      </w:r>
      <w:r>
        <w:rPr>
          <w:rFonts w:ascii="Times New Roman" w:hAnsi="Times New Roman" w:cs="Times New Roman"/>
          <w:iCs/>
        </w:rPr>
        <w:t xml:space="preserve"> </w:t>
      </w:r>
      <w:r w:rsidR="007D6638">
        <w:rPr>
          <w:rFonts w:ascii="Times New Roman" w:hAnsi="Times New Roman" w:cs="Times New Roman"/>
          <w:iCs/>
        </w:rPr>
        <w:t xml:space="preserve">– Școala Gimnazială „ Horea” din </w:t>
      </w:r>
      <w:r w:rsidR="007D6638" w:rsidRPr="007D6638">
        <w:rPr>
          <w:rFonts w:ascii="Times New Roman" w:hAnsi="Times New Roman" w:cs="Times New Roman"/>
          <w:iCs/>
        </w:rPr>
        <w:t>Cluj-Napoca</w:t>
      </w:r>
    </w:p>
    <w:p w14:paraId="3C70D636" w14:textId="0C892B26" w:rsidR="007D6638" w:rsidRDefault="007D6638" w:rsidP="007D6638">
      <w:pPr>
        <w:spacing w:before="40" w:after="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Limba română ca limbă maternă pentru diaspora</w:t>
      </w:r>
    </w:p>
    <w:p w14:paraId="6730D9B2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12:40 – 13:00</w:t>
      </w:r>
    </w:p>
    <w:p w14:paraId="581C8038" w14:textId="53480785" w:rsidR="00E07988" w:rsidRPr="0033160E" w:rsidRDefault="00610013" w:rsidP="007D6638">
      <w:pPr>
        <w:spacing w:before="40" w:after="40"/>
        <w:rPr>
          <w:rFonts w:ascii="Times New Roman" w:hAnsi="Times New Roman" w:cs="Times New Roman"/>
        </w:rPr>
      </w:pPr>
      <w:r w:rsidRPr="0033160E">
        <w:rPr>
          <w:rFonts w:ascii="Times New Roman" w:hAnsi="Times New Roman" w:cs="Times New Roman"/>
          <w:b/>
          <w:bCs/>
        </w:rPr>
        <w:t>ADRIAN CHIRCU</w:t>
      </w:r>
      <w:bookmarkStart w:id="7" w:name="_Hlk207372669"/>
      <w:r w:rsidRPr="0033160E">
        <w:rPr>
          <w:rFonts w:ascii="Times New Roman" w:hAnsi="Times New Roman" w:cs="Times New Roman"/>
        </w:rPr>
        <w:t xml:space="preserve"> </w:t>
      </w:r>
      <w:r w:rsidR="001947AC" w:rsidRPr="0033160E">
        <w:rPr>
          <w:rFonts w:ascii="Times New Roman" w:hAnsi="Times New Roman" w:cs="Times New Roman"/>
        </w:rPr>
        <w:t>– Universitatea Babeș-Bolyai din Cluj-Napoca</w:t>
      </w:r>
    </w:p>
    <w:p w14:paraId="2F7ED2C9" w14:textId="5D0C8CF5" w:rsidR="0033160E" w:rsidRPr="003967CF" w:rsidRDefault="0033160E" w:rsidP="007D6638">
      <w:pPr>
        <w:spacing w:before="40" w:after="40"/>
        <w:rPr>
          <w:rFonts w:ascii="Times New Roman" w:hAnsi="Times New Roman" w:cs="Times New Roman"/>
        </w:rPr>
      </w:pPr>
      <w:r w:rsidRPr="0033160E">
        <w:rPr>
          <w:rFonts w:ascii="Times New Roman" w:hAnsi="Times New Roman" w:cs="Times New Roman"/>
          <w:color w:val="000000"/>
          <w:shd w:val="clear" w:color="auto" w:fill="FFFFFF"/>
        </w:rPr>
        <w:t>Etnonimele ceh </w:t>
      </w:r>
      <w:proofErr w:type="spellStart"/>
      <w:r w:rsidRPr="0033160E">
        <w:rPr>
          <w:rFonts w:ascii="Times New Roman" w:hAnsi="Times New Roman" w:cs="Times New Roman"/>
          <w:color w:val="000000"/>
          <w:shd w:val="clear" w:color="auto" w:fill="FFFFFF"/>
        </w:rPr>
        <w:t>şi</w:t>
      </w:r>
      <w:proofErr w:type="spellEnd"/>
      <w:r w:rsidRPr="0033160E">
        <w:rPr>
          <w:rFonts w:ascii="Times New Roman" w:hAnsi="Times New Roman" w:cs="Times New Roman"/>
          <w:color w:val="000000"/>
          <w:shd w:val="clear" w:color="auto" w:fill="FFFFFF"/>
        </w:rPr>
        <w:t> boem </w:t>
      </w:r>
      <w:proofErr w:type="spellStart"/>
      <w:r w:rsidRPr="0033160E">
        <w:rPr>
          <w:rFonts w:ascii="Times New Roman" w:hAnsi="Times New Roman" w:cs="Times New Roman"/>
          <w:color w:val="000000"/>
          <w:shd w:val="clear" w:color="auto" w:fill="FFFFFF"/>
        </w:rPr>
        <w:t>şi</w:t>
      </w:r>
      <w:proofErr w:type="spellEnd"/>
      <w:r w:rsidRPr="0033160E">
        <w:rPr>
          <w:rFonts w:ascii="Times New Roman" w:hAnsi="Times New Roman" w:cs="Times New Roman"/>
          <w:color w:val="000000"/>
          <w:shd w:val="clear" w:color="auto" w:fill="FFFFFF"/>
        </w:rPr>
        <w:t xml:space="preserve"> familiile lor lexicale în limba română</w:t>
      </w:r>
    </w:p>
    <w:bookmarkEnd w:id="7"/>
    <w:p w14:paraId="50AC5095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13:00 – 13:20</w:t>
      </w:r>
    </w:p>
    <w:p w14:paraId="7D9C5079" w14:textId="073CAAC0" w:rsidR="00E07988" w:rsidRPr="00EB398F" w:rsidRDefault="00610013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MIHAELA CRISTESCU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din București</w:t>
      </w:r>
    </w:p>
    <w:p w14:paraId="70C824D2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proofErr w:type="spellStart"/>
      <w:r w:rsidRPr="00EB398F">
        <w:rPr>
          <w:rFonts w:ascii="Times New Roman" w:hAnsi="Times New Roman" w:cs="Times New Roman"/>
        </w:rPr>
        <w:t>Phraseological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Complexity</w:t>
      </w:r>
      <w:proofErr w:type="spellEnd"/>
      <w:r w:rsidRPr="00EB398F">
        <w:rPr>
          <w:rFonts w:ascii="Times New Roman" w:hAnsi="Times New Roman" w:cs="Times New Roman"/>
        </w:rPr>
        <w:t xml:space="preserve"> in L2 Romanian: A Corpus-</w:t>
      </w:r>
      <w:proofErr w:type="spellStart"/>
      <w:r w:rsidRPr="00EB398F">
        <w:rPr>
          <w:rFonts w:ascii="Times New Roman" w:hAnsi="Times New Roman" w:cs="Times New Roman"/>
        </w:rPr>
        <w:t>Based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Analysis</w:t>
      </w:r>
      <w:proofErr w:type="spellEnd"/>
      <w:r w:rsidRPr="00EB398F">
        <w:rPr>
          <w:rFonts w:ascii="Times New Roman" w:hAnsi="Times New Roman" w:cs="Times New Roman"/>
        </w:rPr>
        <w:t xml:space="preserve"> of Verbal </w:t>
      </w:r>
      <w:proofErr w:type="spellStart"/>
      <w:r w:rsidRPr="00EB398F">
        <w:rPr>
          <w:rFonts w:ascii="Times New Roman" w:hAnsi="Times New Roman" w:cs="Times New Roman"/>
        </w:rPr>
        <w:t>Multiword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Expressions</w:t>
      </w:r>
      <w:proofErr w:type="spellEnd"/>
    </w:p>
    <w:p w14:paraId="493977A9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13:20 – 13:40</w:t>
      </w:r>
    </w:p>
    <w:p w14:paraId="3CB07379" w14:textId="169084E1" w:rsidR="00E07988" w:rsidRPr="00EB398F" w:rsidRDefault="00610013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MIRCEA PĂDURARU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„Alexandru Ioan Cuza” din Iași</w:t>
      </w:r>
    </w:p>
    <w:p w14:paraId="584AC412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lastRenderedPageBreak/>
        <w:t>(Re)</w:t>
      </w:r>
      <w:proofErr w:type="spellStart"/>
      <w:r w:rsidRPr="00EB398F">
        <w:rPr>
          <w:rFonts w:ascii="Times New Roman" w:hAnsi="Times New Roman" w:cs="Times New Roman"/>
        </w:rPr>
        <w:t>Sexualizing</w:t>
      </w:r>
      <w:proofErr w:type="spellEnd"/>
      <w:r w:rsidRPr="00EB398F">
        <w:rPr>
          <w:rFonts w:ascii="Times New Roman" w:hAnsi="Times New Roman" w:cs="Times New Roman"/>
        </w:rPr>
        <w:t xml:space="preserve"> Romanian </w:t>
      </w:r>
      <w:proofErr w:type="spellStart"/>
      <w:r w:rsidRPr="00EB398F">
        <w:rPr>
          <w:rFonts w:ascii="Times New Roman" w:hAnsi="Times New Roman" w:cs="Times New Roman"/>
        </w:rPr>
        <w:t>national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folklore</w:t>
      </w:r>
      <w:proofErr w:type="spellEnd"/>
    </w:p>
    <w:p w14:paraId="4750BB95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13:40 – 14:00</w:t>
      </w:r>
    </w:p>
    <w:p w14:paraId="7F39232F" w14:textId="19C93DED" w:rsidR="00E07988" w:rsidRPr="00EB398F" w:rsidRDefault="00610013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CARMEN DIMITRIU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Institutul Limbii Române / Universitatea din Tel Aviv</w:t>
      </w:r>
    </w:p>
    <w:p w14:paraId="4E07BD08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Radu Enescu, un filozof autentic</w:t>
      </w:r>
    </w:p>
    <w:p w14:paraId="19EBB898" w14:textId="31D39983" w:rsidR="00E07988" w:rsidRPr="00EC6617" w:rsidRDefault="00000000" w:rsidP="007D6638">
      <w:pPr>
        <w:spacing w:before="40" w:after="40"/>
        <w:rPr>
          <w:rFonts w:ascii="Times New Roman" w:hAnsi="Times New Roman" w:cs="Times New Roman"/>
          <w:b/>
          <w:bCs/>
        </w:rPr>
      </w:pPr>
      <w:r w:rsidRPr="00EC6617">
        <w:rPr>
          <w:rFonts w:ascii="Segoe UI Emoji" w:hAnsi="Segoe UI Emoji" w:cs="Segoe UI Emoji"/>
          <w:b/>
          <w:bCs/>
        </w:rPr>
        <w:t>🍴</w:t>
      </w:r>
      <w:r w:rsidRPr="00EC6617">
        <w:rPr>
          <w:rFonts w:ascii="Times New Roman" w:hAnsi="Times New Roman" w:cs="Times New Roman"/>
          <w:b/>
          <w:bCs/>
        </w:rPr>
        <w:t xml:space="preserve"> 14:00 – 15:</w:t>
      </w:r>
      <w:r w:rsidR="004A30A8" w:rsidRPr="00EC6617">
        <w:rPr>
          <w:rFonts w:ascii="Times New Roman" w:hAnsi="Times New Roman" w:cs="Times New Roman"/>
          <w:b/>
          <w:bCs/>
        </w:rPr>
        <w:t>20</w:t>
      </w:r>
      <w:r w:rsidRPr="00EC6617">
        <w:rPr>
          <w:rFonts w:ascii="Times New Roman" w:hAnsi="Times New Roman" w:cs="Times New Roman"/>
          <w:b/>
          <w:bCs/>
        </w:rPr>
        <w:t xml:space="preserve"> – Pauză de prânz</w:t>
      </w:r>
    </w:p>
    <w:p w14:paraId="03156D26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————————————————————————————————————————</w:t>
      </w:r>
    </w:p>
    <w:p w14:paraId="6808FAAF" w14:textId="77777777" w:rsidR="00E07988" w:rsidRPr="00EB398F" w:rsidRDefault="00E07988" w:rsidP="007D6638">
      <w:pPr>
        <w:spacing w:after="80"/>
        <w:rPr>
          <w:rFonts w:ascii="Times New Roman" w:hAnsi="Times New Roman" w:cs="Times New Roman"/>
        </w:rPr>
      </w:pPr>
    </w:p>
    <w:p w14:paraId="3B85E80A" w14:textId="38A0F175" w:rsidR="00E07988" w:rsidRPr="00EB398F" w:rsidRDefault="00000000" w:rsidP="007D6638">
      <w:pPr>
        <w:spacing w:before="120" w:after="8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</w:rPr>
        <w:t>SECTIUNEA II</w:t>
      </w:r>
    </w:p>
    <w:p w14:paraId="1B2397A9" w14:textId="77777777" w:rsidR="00E07988" w:rsidRPr="004651BF" w:rsidRDefault="00000000" w:rsidP="007D6638">
      <w:pPr>
        <w:spacing w:before="40" w:after="40"/>
        <w:rPr>
          <w:rFonts w:ascii="Times New Roman" w:hAnsi="Times New Roman" w:cs="Times New Roman"/>
          <w:b/>
          <w:bCs/>
          <w:u w:val="single"/>
        </w:rPr>
      </w:pPr>
      <w:r w:rsidRPr="004651BF">
        <w:rPr>
          <w:rFonts w:ascii="Times New Roman" w:hAnsi="Times New Roman" w:cs="Times New Roman"/>
          <w:b/>
          <w:bCs/>
          <w:u w:val="single"/>
        </w:rPr>
        <w:t>Ipostaze ale traducerii artistice – tradiție și contemporaneitate</w:t>
      </w:r>
    </w:p>
    <w:p w14:paraId="3F7DE192" w14:textId="46CD2AAC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i/>
        </w:rPr>
        <w:t xml:space="preserve">Moderator: </w:t>
      </w:r>
      <w:r w:rsidR="00EC6617">
        <w:rPr>
          <w:rFonts w:ascii="Times New Roman" w:hAnsi="Times New Roman" w:cs="Times New Roman"/>
          <w:b/>
          <w:bCs/>
          <w:i/>
          <w:iCs/>
        </w:rPr>
        <w:t>Ana</w:t>
      </w:r>
      <w:r w:rsidR="00F2243D">
        <w:rPr>
          <w:rFonts w:ascii="Times New Roman" w:hAnsi="Times New Roman" w:cs="Times New Roman"/>
          <w:b/>
          <w:bCs/>
          <w:i/>
          <w:iCs/>
        </w:rPr>
        <w:t>-M</w:t>
      </w:r>
      <w:r w:rsidR="00EC6617">
        <w:rPr>
          <w:rFonts w:ascii="Times New Roman" w:hAnsi="Times New Roman" w:cs="Times New Roman"/>
          <w:b/>
          <w:bCs/>
          <w:i/>
          <w:iCs/>
        </w:rPr>
        <w:t>aria Pușcașu</w:t>
      </w:r>
    </w:p>
    <w:p w14:paraId="5B437A33" w14:textId="055296A4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15:</w:t>
      </w:r>
      <w:r w:rsidR="004A30A8">
        <w:rPr>
          <w:rFonts w:ascii="Times New Roman" w:hAnsi="Times New Roman" w:cs="Times New Roman"/>
        </w:rPr>
        <w:t>2</w:t>
      </w:r>
      <w:r w:rsidRPr="00EB398F">
        <w:rPr>
          <w:rFonts w:ascii="Times New Roman" w:hAnsi="Times New Roman" w:cs="Times New Roman"/>
        </w:rPr>
        <w:t>0 – 15:</w:t>
      </w:r>
      <w:r w:rsidR="004A30A8">
        <w:rPr>
          <w:rFonts w:ascii="Times New Roman" w:hAnsi="Times New Roman" w:cs="Times New Roman"/>
        </w:rPr>
        <w:t>4</w:t>
      </w:r>
      <w:r w:rsidRPr="00EB398F">
        <w:rPr>
          <w:rFonts w:ascii="Times New Roman" w:hAnsi="Times New Roman" w:cs="Times New Roman"/>
        </w:rPr>
        <w:t>0</w:t>
      </w:r>
    </w:p>
    <w:p w14:paraId="46B3E067" w14:textId="42A89187" w:rsidR="00E07988" w:rsidRPr="00EB398F" w:rsidRDefault="00A601DC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MIRELA OCINIC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„Lucian Blaga” din Sibiu</w:t>
      </w:r>
    </w:p>
    <w:p w14:paraId="7DB49C24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Limbajul poeziei contemporane. Inovare și limite</w:t>
      </w:r>
    </w:p>
    <w:p w14:paraId="507F3BE5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15:40 – 16:00</w:t>
      </w:r>
    </w:p>
    <w:p w14:paraId="3C29B2AF" w14:textId="52AC7492" w:rsidR="00E07988" w:rsidRPr="00EB398F" w:rsidRDefault="00A601DC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IVANA OLUJIĆ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din Zagreb</w:t>
      </w:r>
    </w:p>
    <w:p w14:paraId="26B8AC08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Literatura română în Croația – traducători și traduceri</w:t>
      </w:r>
    </w:p>
    <w:p w14:paraId="15AC7B30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16:00 – 16:20</w:t>
      </w:r>
    </w:p>
    <w:p w14:paraId="14FE9078" w14:textId="11A7BF40" w:rsidR="00E07988" w:rsidRPr="00EB398F" w:rsidRDefault="00A601DC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TEREZA PRYMAK</w:t>
      </w:r>
      <w:r w:rsidRPr="00EB398F">
        <w:rPr>
          <w:rFonts w:ascii="Times New Roman" w:hAnsi="Times New Roman" w:cs="Times New Roman"/>
        </w:rPr>
        <w:t xml:space="preserve"> – Universitatea </w:t>
      </w:r>
      <w:proofErr w:type="spellStart"/>
      <w:r w:rsidRPr="00EB398F">
        <w:rPr>
          <w:rFonts w:ascii="Times New Roman" w:hAnsi="Times New Roman" w:cs="Times New Roman"/>
        </w:rPr>
        <w:t>Carolină</w:t>
      </w:r>
      <w:proofErr w:type="spellEnd"/>
      <w:r w:rsidRPr="00EB398F">
        <w:rPr>
          <w:rFonts w:ascii="Times New Roman" w:hAnsi="Times New Roman" w:cs="Times New Roman"/>
        </w:rPr>
        <w:t xml:space="preserve"> din Praga</w:t>
      </w:r>
    </w:p>
    <w:p w14:paraId="04F90FA2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Ce ne poate aduce proza contemporană din Republica Moldova și de ce să o traducem</w:t>
      </w:r>
    </w:p>
    <w:p w14:paraId="61D96AA1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16:20 – 16:40</w:t>
      </w:r>
    </w:p>
    <w:p w14:paraId="6CDC85D7" w14:textId="2F5A6C12" w:rsidR="00E07988" w:rsidRPr="00EB398F" w:rsidRDefault="00A601DC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CIPRIAN-LUCREȚIU SUCIU</w:t>
      </w:r>
      <w:r w:rsidRPr="00EB398F">
        <w:rPr>
          <w:rFonts w:ascii="Times New Roman" w:hAnsi="Times New Roman" w:cs="Times New Roman"/>
        </w:rPr>
        <w:t xml:space="preserve"> – University of Macedonia, </w:t>
      </w:r>
      <w:proofErr w:type="spellStart"/>
      <w:r w:rsidRPr="00EB398F">
        <w:rPr>
          <w:rFonts w:ascii="Times New Roman" w:hAnsi="Times New Roman" w:cs="Times New Roman"/>
        </w:rPr>
        <w:t>Thessaloniki</w:t>
      </w:r>
      <w:proofErr w:type="spellEnd"/>
    </w:p>
    <w:p w14:paraId="630783C3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Cultura română și promovarea ei în spațiul elen prin intermediul traducerilor</w:t>
      </w:r>
    </w:p>
    <w:p w14:paraId="3256B704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16:40 – 17:00</w:t>
      </w:r>
    </w:p>
    <w:p w14:paraId="0044BFC3" w14:textId="07082217" w:rsidR="00EF4AF6" w:rsidRDefault="00A601DC" w:rsidP="007D6638">
      <w:pPr>
        <w:spacing w:before="40" w:after="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NICOLAE STANCIU</w:t>
      </w:r>
      <w:r>
        <w:rPr>
          <w:rFonts w:ascii="Times New Roman" w:hAnsi="Times New Roman" w:cs="Times New Roman"/>
        </w:rPr>
        <w:t xml:space="preserve"> </w:t>
      </w:r>
      <w:r w:rsidR="00EF4AF6" w:rsidRPr="00EB398F">
        <w:rPr>
          <w:rFonts w:ascii="Times New Roman" w:hAnsi="Times New Roman" w:cs="Times New Roman"/>
        </w:rPr>
        <w:t>– ILR /</w:t>
      </w:r>
      <w:r w:rsidR="00EF4AF6" w:rsidRPr="00EF4AF6">
        <w:t xml:space="preserve"> </w:t>
      </w:r>
      <w:r w:rsidR="00EF4AF6" w:rsidRPr="00EF4AF6">
        <w:rPr>
          <w:rFonts w:ascii="Times New Roman" w:hAnsi="Times New Roman" w:cs="Times New Roman"/>
        </w:rPr>
        <w:t xml:space="preserve">Universitatea „Sf. </w:t>
      </w:r>
      <w:proofErr w:type="spellStart"/>
      <w:r w:rsidR="00EF4AF6" w:rsidRPr="00EF4AF6">
        <w:rPr>
          <w:rFonts w:ascii="Times New Roman" w:hAnsi="Times New Roman" w:cs="Times New Roman"/>
        </w:rPr>
        <w:t>Kiril</w:t>
      </w:r>
      <w:proofErr w:type="spellEnd"/>
      <w:r w:rsidR="00EF4AF6" w:rsidRPr="00EF4AF6">
        <w:rPr>
          <w:rFonts w:ascii="Times New Roman" w:hAnsi="Times New Roman" w:cs="Times New Roman"/>
        </w:rPr>
        <w:t xml:space="preserve"> și Metodiu”</w:t>
      </w:r>
      <w:r w:rsidR="00202D49">
        <w:rPr>
          <w:rFonts w:ascii="Times New Roman" w:hAnsi="Times New Roman" w:cs="Times New Roman"/>
        </w:rPr>
        <w:t xml:space="preserve"> din </w:t>
      </w:r>
      <w:r w:rsidR="00EF4AF6" w:rsidRPr="00EF4AF6">
        <w:rPr>
          <w:rFonts w:ascii="Times New Roman" w:hAnsi="Times New Roman" w:cs="Times New Roman"/>
        </w:rPr>
        <w:t>Skopje</w:t>
      </w:r>
    </w:p>
    <w:p w14:paraId="2EDB26A6" w14:textId="4EC186F2" w:rsidR="00830F27" w:rsidRPr="00EB398F" w:rsidRDefault="00830F27" w:rsidP="007D6638">
      <w:pPr>
        <w:spacing w:before="40" w:after="40"/>
        <w:rPr>
          <w:rFonts w:ascii="Times New Roman" w:hAnsi="Times New Roman" w:cs="Times New Roman"/>
        </w:rPr>
      </w:pPr>
      <w:r w:rsidRPr="00830F27">
        <w:rPr>
          <w:rFonts w:ascii="Times New Roman" w:hAnsi="Times New Roman" w:cs="Times New Roman"/>
        </w:rPr>
        <w:t>Interferențe gramaticale și lexicale în romanitatea balcanică</w:t>
      </w:r>
    </w:p>
    <w:p w14:paraId="53E84017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17:00 – 17:20</w:t>
      </w:r>
    </w:p>
    <w:p w14:paraId="0FEF9770" w14:textId="4E15A1E5" w:rsidR="00E07988" w:rsidRPr="00EB398F" w:rsidRDefault="00A601DC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LOREDANA NICOLETA ILIE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 xml:space="preserve">– </w:t>
      </w:r>
      <w:bookmarkStart w:id="8" w:name="_Hlk208080569"/>
      <w:r w:rsidRPr="00EB398F">
        <w:rPr>
          <w:rFonts w:ascii="Times New Roman" w:hAnsi="Times New Roman" w:cs="Times New Roman"/>
        </w:rPr>
        <w:t>ILR /</w:t>
      </w:r>
      <w:bookmarkEnd w:id="8"/>
      <w:r w:rsidRPr="00EB398F">
        <w:rPr>
          <w:rFonts w:ascii="Times New Roman" w:hAnsi="Times New Roman" w:cs="Times New Roman"/>
        </w:rPr>
        <w:t xml:space="preserve"> Univ. Petrol-Gaze din Ploiești</w:t>
      </w:r>
    </w:p>
    <w:p w14:paraId="75916F70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Literatura română tradusă în limba polonă</w:t>
      </w:r>
    </w:p>
    <w:p w14:paraId="6BE57963" w14:textId="5A943483" w:rsidR="00F74C5C" w:rsidRPr="00EB398F" w:rsidRDefault="00F74C5C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17:20 – 17.40</w:t>
      </w:r>
    </w:p>
    <w:p w14:paraId="6F8D0F69" w14:textId="1DC48C62" w:rsidR="00F74C5C" w:rsidRPr="00EB398F" w:rsidRDefault="003712D7" w:rsidP="007D6638">
      <w:pPr>
        <w:spacing w:before="40" w:after="40"/>
        <w:rPr>
          <w:rFonts w:ascii="Times New Roman" w:hAnsi="Times New Roman" w:cs="Times New Roman"/>
        </w:rPr>
      </w:pPr>
      <w:r w:rsidRPr="00F74C5C">
        <w:rPr>
          <w:rFonts w:ascii="Times New Roman" w:hAnsi="Times New Roman" w:cs="Times New Roman"/>
          <w:b/>
          <w:bCs/>
        </w:rPr>
        <w:t>HELLIANA IANCULESCU</w:t>
      </w:r>
      <w:r w:rsidRPr="00F74C5C">
        <w:rPr>
          <w:rFonts w:ascii="Times New Roman" w:hAnsi="Times New Roman" w:cs="Times New Roman"/>
        </w:rPr>
        <w:t xml:space="preserve"> </w:t>
      </w:r>
    </w:p>
    <w:p w14:paraId="358550BA" w14:textId="00B85BFD" w:rsidR="00F74C5C" w:rsidRPr="00EB398F" w:rsidRDefault="00F74C5C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Traducerile literare în contextul globalizării</w:t>
      </w:r>
    </w:p>
    <w:p w14:paraId="6C1E0BE4" w14:textId="77777777" w:rsidR="00F74C5C" w:rsidRPr="00F74C5C" w:rsidRDefault="00F74C5C" w:rsidP="007D6638">
      <w:pPr>
        <w:spacing w:before="40" w:after="40"/>
        <w:rPr>
          <w:rFonts w:ascii="Times New Roman" w:hAnsi="Times New Roman" w:cs="Times New Roman"/>
        </w:rPr>
      </w:pPr>
    </w:p>
    <w:p w14:paraId="16C246ED" w14:textId="77777777" w:rsidR="00F74C5C" w:rsidRPr="00EB398F" w:rsidRDefault="00F74C5C" w:rsidP="007D6638">
      <w:pPr>
        <w:spacing w:before="40" w:after="40"/>
        <w:rPr>
          <w:rFonts w:ascii="Times New Roman" w:hAnsi="Times New Roman" w:cs="Times New Roman"/>
        </w:rPr>
      </w:pPr>
    </w:p>
    <w:p w14:paraId="676D0E07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————————————————————————————————————————</w:t>
      </w:r>
    </w:p>
    <w:p w14:paraId="28D18037" w14:textId="77777777" w:rsidR="008C2E5B" w:rsidRPr="00EB398F" w:rsidRDefault="008C2E5B" w:rsidP="007D6638">
      <w:pPr>
        <w:spacing w:before="160" w:after="120"/>
        <w:rPr>
          <w:rFonts w:ascii="Times New Roman" w:hAnsi="Times New Roman" w:cs="Times New Roman"/>
          <w:b/>
        </w:rPr>
      </w:pPr>
    </w:p>
    <w:p w14:paraId="5DC00393" w14:textId="14B2C237" w:rsidR="00E07988" w:rsidRPr="00EB398F" w:rsidRDefault="00000000" w:rsidP="007D6638">
      <w:pPr>
        <w:spacing w:before="160" w:after="12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</w:rPr>
        <w:t>VINERI, 19 SEPTEMBRIE 2025</w:t>
      </w:r>
    </w:p>
    <w:p w14:paraId="2A5600DC" w14:textId="2F4B3EF3" w:rsidR="00E07988" w:rsidRPr="00EB398F" w:rsidRDefault="00000000" w:rsidP="007D6638">
      <w:pPr>
        <w:spacing w:before="120" w:after="8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</w:rPr>
        <w:t>SECTIUNEA I</w:t>
      </w:r>
      <w:r w:rsidR="005914E1">
        <w:rPr>
          <w:rFonts w:ascii="Times New Roman" w:hAnsi="Times New Roman" w:cs="Times New Roman"/>
          <w:b/>
        </w:rPr>
        <w:t>II</w:t>
      </w:r>
    </w:p>
    <w:p w14:paraId="406BC553" w14:textId="77777777" w:rsidR="00E07988" w:rsidRPr="00B83B88" w:rsidRDefault="00000000" w:rsidP="007D6638">
      <w:pPr>
        <w:spacing w:before="40" w:after="40"/>
        <w:rPr>
          <w:rFonts w:ascii="Times New Roman" w:hAnsi="Times New Roman" w:cs="Times New Roman"/>
          <w:b/>
          <w:bCs/>
          <w:u w:val="single"/>
        </w:rPr>
      </w:pPr>
      <w:r w:rsidRPr="00B83B88">
        <w:rPr>
          <w:rFonts w:ascii="Times New Roman" w:hAnsi="Times New Roman" w:cs="Times New Roman"/>
          <w:b/>
          <w:bCs/>
          <w:u w:val="single"/>
        </w:rPr>
        <w:t>Limba și literatura română – noi tendințe în domeniu / Cultura română în secolul XXI și promovarea ei în lume</w:t>
      </w:r>
    </w:p>
    <w:p w14:paraId="017DCCFC" w14:textId="27A9A7A8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i/>
        </w:rPr>
        <w:t xml:space="preserve">Moderator: </w:t>
      </w:r>
      <w:r w:rsidR="00D0135D">
        <w:rPr>
          <w:rFonts w:ascii="Times New Roman" w:hAnsi="Times New Roman" w:cs="Times New Roman"/>
          <w:b/>
          <w:bCs/>
          <w:i/>
        </w:rPr>
        <w:t>Marius Miheț</w:t>
      </w:r>
      <w:r w:rsidRPr="00EB398F">
        <w:rPr>
          <w:rFonts w:ascii="Times New Roman" w:hAnsi="Times New Roman" w:cs="Times New Roman"/>
          <w:i/>
        </w:rPr>
        <w:t xml:space="preserve"> </w:t>
      </w:r>
    </w:p>
    <w:p w14:paraId="522D8C21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09:00 – 09:20</w:t>
      </w:r>
    </w:p>
    <w:p w14:paraId="3865AAC0" w14:textId="7A378B47" w:rsidR="00E07988" w:rsidRPr="00EB398F" w:rsidRDefault="00273C97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OVIDIU IVANCU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din Vilnius / ILR</w:t>
      </w:r>
    </w:p>
    <w:p w14:paraId="2F54681C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Carnavalul puterii. Tehnici ale deformării satirice în „Specii“, de Cristian </w:t>
      </w:r>
      <w:proofErr w:type="spellStart"/>
      <w:r w:rsidRPr="00EB398F">
        <w:rPr>
          <w:rFonts w:ascii="Times New Roman" w:hAnsi="Times New Roman" w:cs="Times New Roman"/>
        </w:rPr>
        <w:t>Fulaș</w:t>
      </w:r>
      <w:proofErr w:type="spellEnd"/>
    </w:p>
    <w:p w14:paraId="542AC446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09:20 – 09:40</w:t>
      </w:r>
    </w:p>
    <w:p w14:paraId="07B8A3ED" w14:textId="3AA75A39" w:rsidR="00E07988" w:rsidRPr="00EB398F" w:rsidRDefault="00273C97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MARIUS MIHEȚ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din Oradea / ILR</w:t>
      </w:r>
    </w:p>
    <w:p w14:paraId="51755D30" w14:textId="410C777C" w:rsidR="00E07988" w:rsidRPr="00EB398F" w:rsidRDefault="001C0FD7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Orwell la București: solidaritatea absentă și „democratizarea” represiunii</w:t>
      </w:r>
    </w:p>
    <w:p w14:paraId="1E84ED15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lastRenderedPageBreak/>
        <w:t>09:40 – 10:00</w:t>
      </w:r>
    </w:p>
    <w:p w14:paraId="6C87EEA8" w14:textId="5D11029A" w:rsidR="00E07988" w:rsidRPr="00EB398F" w:rsidRDefault="00273C97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DAN UNGUREANU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„Aurel Vlaicu” din Arad</w:t>
      </w:r>
    </w:p>
    <w:p w14:paraId="35DB8D6E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Cuvinte latine </w:t>
      </w:r>
      <w:proofErr w:type="spellStart"/>
      <w:r w:rsidRPr="00EB398F">
        <w:rPr>
          <w:rFonts w:ascii="Times New Roman" w:hAnsi="Times New Roman" w:cs="Times New Roman"/>
        </w:rPr>
        <w:t>tîrzii</w:t>
      </w:r>
      <w:proofErr w:type="spellEnd"/>
      <w:r w:rsidRPr="00EB398F">
        <w:rPr>
          <w:rFonts w:ascii="Times New Roman" w:hAnsi="Times New Roman" w:cs="Times New Roman"/>
        </w:rPr>
        <w:t xml:space="preserve"> în română: libertare = a ierta. libertare și </w:t>
      </w:r>
      <w:proofErr w:type="spellStart"/>
      <w:r w:rsidRPr="00EB398F">
        <w:rPr>
          <w:rFonts w:ascii="Times New Roman" w:hAnsi="Times New Roman" w:cs="Times New Roman"/>
        </w:rPr>
        <w:t>manumittere</w:t>
      </w:r>
      <w:proofErr w:type="spellEnd"/>
    </w:p>
    <w:p w14:paraId="42CD8C1A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10:00 – 10:20</w:t>
      </w:r>
    </w:p>
    <w:p w14:paraId="6284A4CC" w14:textId="2CFD8E66" w:rsidR="00E07988" w:rsidRPr="00EB398F" w:rsidRDefault="00273C97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ANA-MARIA PUȘCAȘU</w:t>
      </w:r>
      <w:r w:rsidRPr="00EB398F">
        <w:rPr>
          <w:rFonts w:ascii="Times New Roman" w:hAnsi="Times New Roman" w:cs="Times New Roman"/>
        </w:rPr>
        <w:t xml:space="preserve"> – ILR / Universitatea </w:t>
      </w:r>
      <w:proofErr w:type="spellStart"/>
      <w:r w:rsidRPr="00EB398F">
        <w:rPr>
          <w:rFonts w:ascii="Times New Roman" w:hAnsi="Times New Roman" w:cs="Times New Roman"/>
        </w:rPr>
        <w:t>Jagiellonă</w:t>
      </w:r>
      <w:proofErr w:type="spellEnd"/>
      <w:r w:rsidRPr="00EB398F">
        <w:rPr>
          <w:rFonts w:ascii="Times New Roman" w:hAnsi="Times New Roman" w:cs="Times New Roman"/>
        </w:rPr>
        <w:t xml:space="preserve"> din Cracovia</w:t>
      </w:r>
    </w:p>
    <w:p w14:paraId="15B320C5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Cartografierea exportului de poezie românească în paradigma postdecembristă</w:t>
      </w:r>
    </w:p>
    <w:p w14:paraId="13FCE64F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10:20 – 10:40</w:t>
      </w:r>
    </w:p>
    <w:p w14:paraId="681C15C6" w14:textId="47CCD78A" w:rsidR="00E07988" w:rsidRPr="00EB398F" w:rsidRDefault="00273C97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ROZALIA COLCIAR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Institutul de Lingvistică și Istorie Literară „Sextil Pușcariu” din Cluj-Napoca</w:t>
      </w:r>
    </w:p>
    <w:p w14:paraId="187C4C29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Diferențierea diastratică grai </w:t>
      </w:r>
      <w:proofErr w:type="spellStart"/>
      <w:r w:rsidRPr="00EB398F">
        <w:rPr>
          <w:rFonts w:ascii="Times New Roman" w:hAnsi="Times New Roman" w:cs="Times New Roman"/>
        </w:rPr>
        <w:t>vs</w:t>
      </w:r>
      <w:proofErr w:type="spellEnd"/>
      <w:r w:rsidRPr="00EB398F">
        <w:rPr>
          <w:rFonts w:ascii="Times New Roman" w:hAnsi="Times New Roman" w:cs="Times New Roman"/>
        </w:rPr>
        <w:t xml:space="preserve"> limbă literară, reflectată în jurnalul de anchetă dialectală al ALRR–Transilvania</w:t>
      </w:r>
    </w:p>
    <w:p w14:paraId="738284B4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10:40 – 11:00</w:t>
      </w:r>
    </w:p>
    <w:p w14:paraId="0039DC30" w14:textId="4928F8A3" w:rsidR="00033D75" w:rsidRDefault="008B33EE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LIBUŠE VALENTOVÁ</w:t>
      </w:r>
      <w:r>
        <w:rPr>
          <w:rFonts w:ascii="Times New Roman" w:hAnsi="Times New Roman" w:cs="Times New Roman"/>
        </w:rPr>
        <w:t xml:space="preserve"> </w:t>
      </w:r>
      <w:r w:rsidR="00033D75" w:rsidRPr="00EB398F">
        <w:rPr>
          <w:rFonts w:ascii="Times New Roman" w:hAnsi="Times New Roman" w:cs="Times New Roman"/>
        </w:rPr>
        <w:t xml:space="preserve">– Universitatea </w:t>
      </w:r>
      <w:proofErr w:type="spellStart"/>
      <w:r w:rsidR="00033D75" w:rsidRPr="00EB398F">
        <w:rPr>
          <w:rFonts w:ascii="Times New Roman" w:hAnsi="Times New Roman" w:cs="Times New Roman"/>
        </w:rPr>
        <w:t>Carolină</w:t>
      </w:r>
      <w:proofErr w:type="spellEnd"/>
      <w:r w:rsidR="00033D75" w:rsidRPr="00EB398F">
        <w:rPr>
          <w:rFonts w:ascii="Times New Roman" w:hAnsi="Times New Roman" w:cs="Times New Roman"/>
        </w:rPr>
        <w:t xml:space="preserve"> din Praga</w:t>
      </w:r>
    </w:p>
    <w:p w14:paraId="11D696B7" w14:textId="0E3D3E63" w:rsidR="003967CF" w:rsidRPr="00EB398F" w:rsidRDefault="003967CF" w:rsidP="007D6638">
      <w:pPr>
        <w:spacing w:before="40" w:after="40"/>
        <w:rPr>
          <w:rFonts w:ascii="Times New Roman" w:hAnsi="Times New Roman" w:cs="Times New Roman"/>
        </w:rPr>
      </w:pPr>
      <w:r w:rsidRPr="003967CF">
        <w:rPr>
          <w:rFonts w:ascii="Times New Roman" w:hAnsi="Times New Roman" w:cs="Times New Roman"/>
        </w:rPr>
        <w:t xml:space="preserve">Opera profesoarei Irina Ionescu în contextul </w:t>
      </w:r>
      <w:proofErr w:type="spellStart"/>
      <w:r w:rsidRPr="003967CF">
        <w:rPr>
          <w:rFonts w:ascii="Times New Roman" w:hAnsi="Times New Roman" w:cs="Times New Roman"/>
        </w:rPr>
        <w:t>boemisticii</w:t>
      </w:r>
      <w:proofErr w:type="spellEnd"/>
      <w:r w:rsidRPr="003967CF">
        <w:rPr>
          <w:rFonts w:ascii="Times New Roman" w:hAnsi="Times New Roman" w:cs="Times New Roman"/>
        </w:rPr>
        <w:t xml:space="preserve"> din</w:t>
      </w:r>
      <w:r>
        <w:rPr>
          <w:rFonts w:ascii="Times New Roman" w:hAnsi="Times New Roman" w:cs="Times New Roman"/>
        </w:rPr>
        <w:t xml:space="preserve"> </w:t>
      </w:r>
      <w:r w:rsidRPr="003967CF">
        <w:rPr>
          <w:rFonts w:ascii="Times New Roman" w:hAnsi="Times New Roman" w:cs="Times New Roman"/>
        </w:rPr>
        <w:t>București</w:t>
      </w:r>
    </w:p>
    <w:p w14:paraId="2FED05BC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11:00 – 11:20</w:t>
      </w:r>
    </w:p>
    <w:p w14:paraId="3301CFA5" w14:textId="408383AB" w:rsidR="00E07988" w:rsidRPr="00EB398F" w:rsidRDefault="008B33EE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VICTORIA MOLDOVAN</w:t>
      </w:r>
      <w:r w:rsidRPr="00EB398F">
        <w:rPr>
          <w:rFonts w:ascii="Times New Roman" w:hAnsi="Times New Roman" w:cs="Times New Roman"/>
        </w:rPr>
        <w:t xml:space="preserve"> – </w:t>
      </w:r>
      <w:bookmarkStart w:id="9" w:name="_Hlk206691093"/>
      <w:r w:rsidRPr="00EB398F">
        <w:rPr>
          <w:rFonts w:ascii="Times New Roman" w:hAnsi="Times New Roman" w:cs="Times New Roman"/>
        </w:rPr>
        <w:t>Universitatea Babeș-Bolyai din Cluj-Napoca</w:t>
      </w:r>
      <w:bookmarkEnd w:id="9"/>
    </w:p>
    <w:p w14:paraId="6787B851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Omagiu prieteniei și colaborării</w:t>
      </w:r>
    </w:p>
    <w:p w14:paraId="5CB6F149" w14:textId="77777777" w:rsidR="00E07988" w:rsidRPr="00EB398F" w:rsidRDefault="00000000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11:20 – 11:40</w:t>
      </w:r>
    </w:p>
    <w:p w14:paraId="7D3C2661" w14:textId="4F3AD70A" w:rsidR="0003687C" w:rsidRPr="00EB398F" w:rsidRDefault="008B33EE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EUGENIA BOJOG</w:t>
      </w:r>
      <w:r>
        <w:rPr>
          <w:rFonts w:ascii="Times New Roman" w:hAnsi="Times New Roman" w:cs="Times New Roman"/>
          <w:b/>
          <w:bCs/>
        </w:rPr>
        <w:t xml:space="preserve">A </w:t>
      </w:r>
      <w:r w:rsidR="005C21CE" w:rsidRPr="00EB398F">
        <w:rPr>
          <w:rFonts w:ascii="Times New Roman" w:hAnsi="Times New Roman" w:cs="Times New Roman"/>
        </w:rPr>
        <w:t>– Universitatea Babeș-Bolyai din Cluj-Napoca</w:t>
      </w:r>
    </w:p>
    <w:p w14:paraId="7192E849" w14:textId="7AA188B3" w:rsidR="005C21CE" w:rsidRPr="00EB398F" w:rsidRDefault="005C21CE" w:rsidP="007D6638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Cs/>
        </w:rPr>
        <w:t>Romanul „Mitrea Cocor” de M. Sadoveanu transpus în limba „moldovenească”</w:t>
      </w:r>
    </w:p>
    <w:p w14:paraId="30F24C0F" w14:textId="77777777" w:rsidR="005C21CE" w:rsidRPr="00EB398F" w:rsidRDefault="005C21CE" w:rsidP="00EB398F">
      <w:pPr>
        <w:spacing w:before="40" w:after="40"/>
        <w:rPr>
          <w:rFonts w:ascii="Times New Roman" w:hAnsi="Times New Roman" w:cs="Times New Roman"/>
        </w:rPr>
      </w:pPr>
    </w:p>
    <w:p w14:paraId="44E5B1D6" w14:textId="588D75A1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Segoe UI Emoji" w:hAnsi="Segoe UI Emoji" w:cs="Segoe UI Emoji"/>
        </w:rPr>
        <w:t>☕</w:t>
      </w:r>
      <w:r w:rsidRPr="00EB398F">
        <w:rPr>
          <w:rFonts w:ascii="Times New Roman" w:hAnsi="Times New Roman" w:cs="Times New Roman"/>
        </w:rPr>
        <w:t xml:space="preserve"> 11:40 – 12:</w:t>
      </w:r>
      <w:r w:rsidR="00D4044A">
        <w:rPr>
          <w:rFonts w:ascii="Times New Roman" w:hAnsi="Times New Roman" w:cs="Times New Roman"/>
        </w:rPr>
        <w:t>2</w:t>
      </w:r>
      <w:r w:rsidRPr="00EB398F">
        <w:rPr>
          <w:rFonts w:ascii="Times New Roman" w:hAnsi="Times New Roman" w:cs="Times New Roman"/>
        </w:rPr>
        <w:t>0 – Pauză de cafea</w:t>
      </w:r>
    </w:p>
    <w:p w14:paraId="3AE44B17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————————————————————————————————————————</w:t>
      </w:r>
    </w:p>
    <w:p w14:paraId="63217DDB" w14:textId="74BAC984" w:rsidR="00E07988" w:rsidRPr="00EB398F" w:rsidRDefault="00000000" w:rsidP="00EB398F">
      <w:pPr>
        <w:spacing w:before="120" w:after="8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</w:rPr>
        <w:t xml:space="preserve">SECTIUNEA </w:t>
      </w:r>
      <w:r w:rsidR="005914E1">
        <w:rPr>
          <w:rFonts w:ascii="Times New Roman" w:hAnsi="Times New Roman" w:cs="Times New Roman"/>
          <w:b/>
        </w:rPr>
        <w:t>I</w:t>
      </w:r>
      <w:r w:rsidRPr="00EB398F">
        <w:rPr>
          <w:rFonts w:ascii="Times New Roman" w:hAnsi="Times New Roman" w:cs="Times New Roman"/>
          <w:b/>
        </w:rPr>
        <w:t>V</w:t>
      </w:r>
    </w:p>
    <w:p w14:paraId="16E625DC" w14:textId="77777777" w:rsidR="00E07988" w:rsidRPr="00B83B88" w:rsidRDefault="00000000" w:rsidP="00EB398F">
      <w:pPr>
        <w:spacing w:before="40" w:after="40"/>
        <w:rPr>
          <w:rFonts w:ascii="Times New Roman" w:hAnsi="Times New Roman" w:cs="Times New Roman"/>
          <w:b/>
          <w:bCs/>
          <w:u w:val="single"/>
        </w:rPr>
      </w:pPr>
      <w:r w:rsidRPr="00B83B88">
        <w:rPr>
          <w:rFonts w:ascii="Times New Roman" w:hAnsi="Times New Roman" w:cs="Times New Roman"/>
          <w:b/>
          <w:bCs/>
          <w:u w:val="single"/>
        </w:rPr>
        <w:t>Limba română ca limbă străină – perspective, inovații și provocări actuale</w:t>
      </w:r>
    </w:p>
    <w:p w14:paraId="16472099" w14:textId="7F56713A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i/>
        </w:rPr>
        <w:t xml:space="preserve">Moderator: </w:t>
      </w:r>
      <w:r w:rsidR="00E455B4">
        <w:rPr>
          <w:rFonts w:ascii="Times New Roman" w:hAnsi="Times New Roman" w:cs="Times New Roman"/>
          <w:b/>
          <w:bCs/>
          <w:i/>
        </w:rPr>
        <w:t>Anamaria Radu</w:t>
      </w:r>
      <w:r w:rsidRPr="00EB398F">
        <w:rPr>
          <w:rFonts w:ascii="Times New Roman" w:hAnsi="Times New Roman" w:cs="Times New Roman"/>
          <w:i/>
        </w:rPr>
        <w:t xml:space="preserve"> </w:t>
      </w:r>
    </w:p>
    <w:p w14:paraId="41BA3F7C" w14:textId="08402FAA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12:</w:t>
      </w:r>
      <w:r w:rsidR="00D4044A">
        <w:rPr>
          <w:rFonts w:ascii="Times New Roman" w:hAnsi="Times New Roman" w:cs="Times New Roman"/>
        </w:rPr>
        <w:t>20</w:t>
      </w:r>
      <w:r w:rsidRPr="00EB398F">
        <w:rPr>
          <w:rFonts w:ascii="Times New Roman" w:hAnsi="Times New Roman" w:cs="Times New Roman"/>
        </w:rPr>
        <w:t xml:space="preserve"> – 12:</w:t>
      </w:r>
      <w:r w:rsidR="00227DDA">
        <w:rPr>
          <w:rFonts w:ascii="Times New Roman" w:hAnsi="Times New Roman" w:cs="Times New Roman"/>
        </w:rPr>
        <w:t>4</w:t>
      </w:r>
      <w:r w:rsidRPr="00EB398F">
        <w:rPr>
          <w:rFonts w:ascii="Times New Roman" w:hAnsi="Times New Roman" w:cs="Times New Roman"/>
        </w:rPr>
        <w:t>0</w:t>
      </w:r>
    </w:p>
    <w:p w14:paraId="212250D7" w14:textId="187AAF46" w:rsidR="00E07988" w:rsidRPr="00EB398F" w:rsidRDefault="008B33EE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MARCEL BÂLICI, MĂDĂLINA BÂLICI</w:t>
      </w:r>
      <w:r w:rsidRPr="00EB398F">
        <w:rPr>
          <w:rFonts w:ascii="Times New Roman" w:hAnsi="Times New Roman" w:cs="Times New Roman"/>
        </w:rPr>
        <w:t xml:space="preserve"> – Universitatea de Stat din Moldova</w:t>
      </w:r>
    </w:p>
    <w:p w14:paraId="3C8404F3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Învățarea bazată pe proiecte în contexte de emergență fonologică (Studiu de caz – RLS)</w:t>
      </w:r>
    </w:p>
    <w:p w14:paraId="13F6CF78" w14:textId="1E6DFCC4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12:40 – 13:00</w:t>
      </w:r>
    </w:p>
    <w:p w14:paraId="7E81F53F" w14:textId="172BF6B0" w:rsidR="00E07988" w:rsidRDefault="003712D7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ANAMARIA RADU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 xml:space="preserve">ȘI </w:t>
      </w:r>
      <w:r w:rsidRPr="00EB398F">
        <w:rPr>
          <w:rFonts w:ascii="Times New Roman" w:hAnsi="Times New Roman" w:cs="Times New Roman"/>
          <w:b/>
          <w:bCs/>
        </w:rPr>
        <w:t>ALEXANDRA COTOC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 xml:space="preserve">– ILR / Humboldt </w:t>
      </w:r>
      <w:proofErr w:type="spellStart"/>
      <w:r w:rsidRPr="00EB398F">
        <w:rPr>
          <w:rFonts w:ascii="Times New Roman" w:hAnsi="Times New Roman" w:cs="Times New Roman"/>
        </w:rPr>
        <w:t>Universität</w:t>
      </w:r>
      <w:proofErr w:type="spellEnd"/>
      <w:r w:rsidRPr="00EB398F">
        <w:rPr>
          <w:rFonts w:ascii="Times New Roman" w:hAnsi="Times New Roman" w:cs="Times New Roman"/>
        </w:rPr>
        <w:t xml:space="preserve"> Berlin / UBB Cluj-Napoca</w:t>
      </w:r>
    </w:p>
    <w:p w14:paraId="55767497" w14:textId="0375A69F" w:rsidR="009E455B" w:rsidRPr="00EB398F" w:rsidRDefault="009E455B" w:rsidP="00EB398F">
      <w:pPr>
        <w:spacing w:before="40" w:after="40"/>
        <w:rPr>
          <w:rFonts w:ascii="Times New Roman" w:hAnsi="Times New Roman" w:cs="Times New Roman"/>
        </w:rPr>
      </w:pPr>
      <w:r w:rsidRPr="009E455B">
        <w:rPr>
          <w:rFonts w:ascii="Times New Roman" w:hAnsi="Times New Roman" w:cs="Times New Roman"/>
        </w:rPr>
        <w:t xml:space="preserve">RLS și </w:t>
      </w:r>
      <w:proofErr w:type="spellStart"/>
      <w:r w:rsidRPr="009E455B">
        <w:rPr>
          <w:rFonts w:ascii="Times New Roman" w:hAnsi="Times New Roman" w:cs="Times New Roman"/>
        </w:rPr>
        <w:t>branding</w:t>
      </w:r>
      <w:proofErr w:type="spellEnd"/>
      <w:r w:rsidRPr="009E455B">
        <w:rPr>
          <w:rFonts w:ascii="Times New Roman" w:hAnsi="Times New Roman" w:cs="Times New Roman"/>
        </w:rPr>
        <w:t xml:space="preserve"> online în comunitățile de nișă: Percepția nativilor</w:t>
      </w:r>
    </w:p>
    <w:p w14:paraId="598E3B2A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13:00 – 13:20</w:t>
      </w:r>
    </w:p>
    <w:p w14:paraId="4080A99A" w14:textId="4E2D046C" w:rsidR="00E07988" w:rsidRPr="00EB398F" w:rsidRDefault="003712D7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IONUȚ GEANĂ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din București / Institutul de Lingvistică „Iorgu Iordan – Al. Rosetti”</w:t>
      </w:r>
    </w:p>
    <w:p w14:paraId="22F74FA4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Câteva aplicații ale integrării inteligenței artificiale în predarea limbii române ca limbă străină la Anul pregătitor</w:t>
      </w:r>
    </w:p>
    <w:p w14:paraId="04B70021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13:20 – 13:40</w:t>
      </w:r>
    </w:p>
    <w:p w14:paraId="7B8C9247" w14:textId="3E40EA4D" w:rsidR="00E07988" w:rsidRPr="00EB398F" w:rsidRDefault="003712D7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DELIA GEORGETA ĆUPURDIJA</w:t>
      </w:r>
      <w:r>
        <w:rPr>
          <w:rFonts w:ascii="Times New Roman" w:hAnsi="Times New Roman" w:cs="Times New Roman"/>
        </w:rPr>
        <w:t xml:space="preserve"> </w:t>
      </w:r>
      <w:r w:rsidRPr="00EB398F">
        <w:rPr>
          <w:rFonts w:ascii="Times New Roman" w:hAnsi="Times New Roman" w:cs="Times New Roman"/>
        </w:rPr>
        <w:t>– Universitatea din Zagreb</w:t>
      </w:r>
    </w:p>
    <w:p w14:paraId="5AD4B902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Exploatarea capitalului lingvistic al studenților croați în predarea limbii române</w:t>
      </w:r>
    </w:p>
    <w:p w14:paraId="2DCA6E73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13:40 – 14:00</w:t>
      </w:r>
    </w:p>
    <w:p w14:paraId="49FBFAC2" w14:textId="47B54405" w:rsidR="00E07988" w:rsidRPr="00EB398F" w:rsidRDefault="003712D7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MALGORZATA TOMASZKIEWICZ</w:t>
      </w:r>
      <w:r w:rsidRPr="00EB398F">
        <w:rPr>
          <w:rFonts w:ascii="Times New Roman" w:hAnsi="Times New Roman" w:cs="Times New Roman"/>
        </w:rPr>
        <w:t xml:space="preserve"> – Universitatea </w:t>
      </w:r>
      <w:proofErr w:type="spellStart"/>
      <w:r w:rsidRPr="00EB398F">
        <w:rPr>
          <w:rFonts w:ascii="Times New Roman" w:hAnsi="Times New Roman" w:cs="Times New Roman"/>
        </w:rPr>
        <w:t>Jagiellonă</w:t>
      </w:r>
      <w:proofErr w:type="spellEnd"/>
      <w:r w:rsidRPr="00EB398F">
        <w:rPr>
          <w:rFonts w:ascii="Times New Roman" w:hAnsi="Times New Roman" w:cs="Times New Roman"/>
        </w:rPr>
        <w:t xml:space="preserve"> din Cracovia</w:t>
      </w:r>
    </w:p>
    <w:p w14:paraId="62CFBB2B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Consolidarea structurilor gramaticale prin exerciții interactive: între </w:t>
      </w:r>
      <w:proofErr w:type="spellStart"/>
      <w:r w:rsidRPr="00EB398F">
        <w:rPr>
          <w:rFonts w:ascii="Times New Roman" w:hAnsi="Times New Roman" w:cs="Times New Roman"/>
        </w:rPr>
        <w:t>gamificare</w:t>
      </w:r>
      <w:proofErr w:type="spellEnd"/>
      <w:r w:rsidRPr="00EB398F">
        <w:rPr>
          <w:rFonts w:ascii="Times New Roman" w:hAnsi="Times New Roman" w:cs="Times New Roman"/>
        </w:rPr>
        <w:t xml:space="preserve"> și metoda </w:t>
      </w:r>
      <w:proofErr w:type="spellStart"/>
      <w:r w:rsidRPr="00EB398F">
        <w:rPr>
          <w:rFonts w:ascii="Times New Roman" w:hAnsi="Times New Roman" w:cs="Times New Roman"/>
        </w:rPr>
        <w:t>audiolinguală</w:t>
      </w:r>
      <w:proofErr w:type="spellEnd"/>
    </w:p>
    <w:p w14:paraId="564C4087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14:00 – 14:20</w:t>
      </w:r>
    </w:p>
    <w:p w14:paraId="0E259CF0" w14:textId="66023F08" w:rsidR="00147336" w:rsidRPr="00EB398F" w:rsidRDefault="003712D7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b/>
          <w:bCs/>
        </w:rPr>
        <w:t>CAMELIA SANDA DRAGOMIR</w:t>
      </w:r>
      <w:r>
        <w:rPr>
          <w:rFonts w:ascii="Times New Roman" w:hAnsi="Times New Roman" w:cs="Times New Roman"/>
        </w:rPr>
        <w:t xml:space="preserve"> </w:t>
      </w:r>
      <w:r w:rsidR="00147336" w:rsidRPr="00EB398F">
        <w:rPr>
          <w:rFonts w:ascii="Times New Roman" w:hAnsi="Times New Roman" w:cs="Times New Roman"/>
        </w:rPr>
        <w:t xml:space="preserve">– </w:t>
      </w:r>
      <w:proofErr w:type="spellStart"/>
      <w:r w:rsidR="00147336" w:rsidRPr="00EB398F">
        <w:rPr>
          <w:rFonts w:ascii="Times New Roman" w:hAnsi="Times New Roman" w:cs="Times New Roman"/>
        </w:rPr>
        <w:t>Università</w:t>
      </w:r>
      <w:proofErr w:type="spellEnd"/>
      <w:r w:rsidR="00147336" w:rsidRPr="00EB398F">
        <w:rPr>
          <w:rFonts w:ascii="Times New Roman" w:hAnsi="Times New Roman" w:cs="Times New Roman"/>
        </w:rPr>
        <w:t xml:space="preserve"> </w:t>
      </w:r>
      <w:proofErr w:type="spellStart"/>
      <w:r w:rsidR="00147336" w:rsidRPr="00EB398F">
        <w:rPr>
          <w:rFonts w:ascii="Times New Roman" w:hAnsi="Times New Roman" w:cs="Times New Roman"/>
        </w:rPr>
        <w:t>degli</w:t>
      </w:r>
      <w:proofErr w:type="spellEnd"/>
      <w:r w:rsidR="00147336" w:rsidRPr="00EB398F">
        <w:rPr>
          <w:rFonts w:ascii="Times New Roman" w:hAnsi="Times New Roman" w:cs="Times New Roman"/>
        </w:rPr>
        <w:t xml:space="preserve"> </w:t>
      </w:r>
      <w:proofErr w:type="spellStart"/>
      <w:r w:rsidR="00147336" w:rsidRPr="00EB398F">
        <w:rPr>
          <w:rFonts w:ascii="Times New Roman" w:hAnsi="Times New Roman" w:cs="Times New Roman"/>
        </w:rPr>
        <w:t>Studi</w:t>
      </w:r>
      <w:proofErr w:type="spellEnd"/>
      <w:r w:rsidR="00147336" w:rsidRPr="00EB398F">
        <w:rPr>
          <w:rFonts w:ascii="Times New Roman" w:hAnsi="Times New Roman" w:cs="Times New Roman"/>
        </w:rPr>
        <w:t xml:space="preserve"> di Napoli “</w:t>
      </w:r>
      <w:proofErr w:type="spellStart"/>
      <w:r w:rsidR="00147336" w:rsidRPr="00EB398F">
        <w:rPr>
          <w:rFonts w:ascii="Times New Roman" w:hAnsi="Times New Roman" w:cs="Times New Roman"/>
        </w:rPr>
        <w:t>L’Orientale</w:t>
      </w:r>
      <w:proofErr w:type="spellEnd"/>
      <w:r w:rsidR="00147336" w:rsidRPr="00EB398F">
        <w:rPr>
          <w:rFonts w:ascii="Times New Roman" w:hAnsi="Times New Roman" w:cs="Times New Roman"/>
        </w:rPr>
        <w:t>” / Universitatea Ovidius din Constanța / ILR</w:t>
      </w:r>
    </w:p>
    <w:p w14:paraId="54026918" w14:textId="317D43FB" w:rsidR="00147336" w:rsidRDefault="00147336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Despre necesitatea studierii perifrazelor verbal</w:t>
      </w:r>
      <w:r w:rsidR="006B7A06">
        <w:rPr>
          <w:rFonts w:ascii="Times New Roman" w:hAnsi="Times New Roman" w:cs="Times New Roman"/>
        </w:rPr>
        <w:t>e</w:t>
      </w:r>
    </w:p>
    <w:p w14:paraId="61F31507" w14:textId="46EBB063" w:rsidR="006B7A06" w:rsidRPr="006B7A06" w:rsidRDefault="006B7A06" w:rsidP="006B7A06">
      <w:pPr>
        <w:spacing w:before="40" w:after="40"/>
        <w:rPr>
          <w:rFonts w:ascii="Times New Roman" w:hAnsi="Times New Roman" w:cs="Times New Roman"/>
        </w:rPr>
      </w:pPr>
      <w:r w:rsidRPr="006B7A06">
        <w:rPr>
          <w:rFonts w:ascii="Times New Roman" w:hAnsi="Times New Roman" w:cs="Times New Roman"/>
        </w:rPr>
        <w:t>1</w:t>
      </w:r>
      <w:r w:rsidR="007971F8">
        <w:rPr>
          <w:rFonts w:ascii="Times New Roman" w:hAnsi="Times New Roman" w:cs="Times New Roman"/>
        </w:rPr>
        <w:t>4</w:t>
      </w:r>
      <w:r w:rsidRPr="006B7A06">
        <w:rPr>
          <w:rFonts w:ascii="Times New Roman" w:hAnsi="Times New Roman" w:cs="Times New Roman"/>
        </w:rPr>
        <w:t>:20 – 1</w:t>
      </w:r>
      <w:r w:rsidR="007971F8">
        <w:rPr>
          <w:rFonts w:ascii="Times New Roman" w:hAnsi="Times New Roman" w:cs="Times New Roman"/>
        </w:rPr>
        <w:t>5</w:t>
      </w:r>
      <w:r w:rsidRPr="006B7A06">
        <w:rPr>
          <w:rFonts w:ascii="Times New Roman" w:hAnsi="Times New Roman" w:cs="Times New Roman"/>
        </w:rPr>
        <w:t>:</w:t>
      </w:r>
      <w:r w:rsidR="007971F8">
        <w:rPr>
          <w:rFonts w:ascii="Times New Roman" w:hAnsi="Times New Roman" w:cs="Times New Roman"/>
        </w:rPr>
        <w:t>00</w:t>
      </w:r>
    </w:p>
    <w:p w14:paraId="4BE938D8" w14:textId="457A8AFB" w:rsidR="006B7A06" w:rsidRPr="00EB398F" w:rsidRDefault="006B7A06" w:rsidP="006B7A06">
      <w:pPr>
        <w:spacing w:before="40" w:after="40"/>
        <w:rPr>
          <w:rFonts w:ascii="Times New Roman" w:hAnsi="Times New Roman" w:cs="Times New Roman"/>
        </w:rPr>
      </w:pPr>
      <w:r w:rsidRPr="007971F8">
        <w:rPr>
          <w:rFonts w:ascii="Times New Roman" w:hAnsi="Times New Roman" w:cs="Times New Roman"/>
          <w:b/>
          <w:bCs/>
        </w:rPr>
        <w:t>DUMITRU CRUDU</w:t>
      </w:r>
      <w:r w:rsidRPr="006B7A06">
        <w:rPr>
          <w:rFonts w:ascii="Times New Roman" w:hAnsi="Times New Roman" w:cs="Times New Roman"/>
        </w:rPr>
        <w:t xml:space="preserve"> – prezentarea romanului Tu și alte femei</w:t>
      </w:r>
    </w:p>
    <w:p w14:paraId="7A28007A" w14:textId="77777777" w:rsidR="00147336" w:rsidRPr="00EB398F" w:rsidRDefault="00147336" w:rsidP="00EB398F">
      <w:pPr>
        <w:spacing w:before="40" w:after="40"/>
        <w:rPr>
          <w:rFonts w:ascii="Times New Roman" w:hAnsi="Times New Roman" w:cs="Times New Roman"/>
        </w:rPr>
      </w:pPr>
    </w:p>
    <w:p w14:paraId="027F0A67" w14:textId="77777777" w:rsidR="00147336" w:rsidRPr="00EB398F" w:rsidRDefault="00147336" w:rsidP="00EB398F">
      <w:pPr>
        <w:spacing w:before="40" w:after="40"/>
        <w:rPr>
          <w:rFonts w:ascii="Times New Roman" w:hAnsi="Times New Roman" w:cs="Times New Roman"/>
        </w:rPr>
      </w:pPr>
    </w:p>
    <w:p w14:paraId="0E21EE65" w14:textId="77777777" w:rsidR="00147336" w:rsidRPr="00EB398F" w:rsidRDefault="00147336" w:rsidP="00EB398F">
      <w:pPr>
        <w:spacing w:before="40" w:after="40"/>
        <w:rPr>
          <w:rFonts w:ascii="Times New Roman" w:hAnsi="Times New Roman" w:cs="Times New Roman"/>
        </w:rPr>
      </w:pPr>
    </w:p>
    <w:p w14:paraId="55BDF054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————————————————————————————————————————</w:t>
      </w:r>
    </w:p>
    <w:p w14:paraId="72B9A7EB" w14:textId="15B11524" w:rsidR="00E07988" w:rsidRPr="00EB398F" w:rsidRDefault="00000000" w:rsidP="00EB398F">
      <w:pPr>
        <w:spacing w:before="40" w:after="40"/>
        <w:rPr>
          <w:rFonts w:ascii="Times New Roman" w:hAnsi="Times New Roman" w:cs="Times New Roman"/>
          <w:b/>
          <w:bCs/>
        </w:rPr>
      </w:pPr>
      <w:r w:rsidRPr="00EB398F">
        <w:rPr>
          <w:rFonts w:ascii="Times New Roman" w:hAnsi="Times New Roman" w:cs="Times New Roman"/>
          <w:b/>
          <w:bCs/>
        </w:rPr>
        <w:t>18:00 –</w:t>
      </w:r>
      <w:r w:rsidR="004A783E">
        <w:rPr>
          <w:rFonts w:ascii="Times New Roman" w:hAnsi="Times New Roman" w:cs="Times New Roman"/>
          <w:b/>
          <w:bCs/>
        </w:rPr>
        <w:t xml:space="preserve"> V</w:t>
      </w:r>
      <w:r w:rsidR="004A783E" w:rsidRPr="004A783E">
        <w:rPr>
          <w:rFonts w:ascii="Times New Roman" w:hAnsi="Times New Roman" w:cs="Times New Roman"/>
          <w:b/>
          <w:bCs/>
        </w:rPr>
        <w:t xml:space="preserve">in </w:t>
      </w:r>
      <w:proofErr w:type="spellStart"/>
      <w:r w:rsidR="004A783E" w:rsidRPr="004A783E">
        <w:rPr>
          <w:rFonts w:ascii="Times New Roman" w:hAnsi="Times New Roman" w:cs="Times New Roman"/>
          <w:b/>
          <w:bCs/>
        </w:rPr>
        <w:t>d’honneur</w:t>
      </w:r>
      <w:proofErr w:type="spellEnd"/>
      <w:r w:rsidR="004A783E">
        <w:rPr>
          <w:rFonts w:ascii="Times New Roman" w:hAnsi="Times New Roman" w:cs="Times New Roman"/>
          <w:b/>
          <w:bCs/>
        </w:rPr>
        <w:t xml:space="preserve"> </w:t>
      </w:r>
      <w:r w:rsidR="003048F6" w:rsidRPr="00EB398F">
        <w:rPr>
          <w:rFonts w:ascii="Times New Roman" w:hAnsi="Times New Roman" w:cs="Times New Roman"/>
          <w:b/>
          <w:bCs/>
        </w:rPr>
        <w:t>oferit de Ambasada României în Republica Cehă</w:t>
      </w:r>
    </w:p>
    <w:p w14:paraId="576BE7AB" w14:textId="77777777" w:rsidR="00E07988" w:rsidRPr="00EB398F" w:rsidRDefault="00E07988" w:rsidP="00EB398F">
      <w:pPr>
        <w:spacing w:after="80"/>
        <w:rPr>
          <w:rFonts w:ascii="Times New Roman" w:hAnsi="Times New Roman" w:cs="Times New Roman"/>
        </w:rPr>
      </w:pPr>
    </w:p>
    <w:p w14:paraId="61A36A5A" w14:textId="77777777" w:rsidR="00E07988" w:rsidRPr="00EB398F" w:rsidRDefault="00E07988" w:rsidP="00EB398F">
      <w:pPr>
        <w:spacing w:after="80"/>
        <w:rPr>
          <w:rFonts w:ascii="Times New Roman" w:hAnsi="Times New Roman" w:cs="Times New Roman"/>
        </w:rPr>
      </w:pPr>
    </w:p>
    <w:p w14:paraId="5533F9BA" w14:textId="77777777" w:rsidR="00E07988" w:rsidRDefault="00000000" w:rsidP="00EB398F">
      <w:pPr>
        <w:spacing w:before="160" w:after="120"/>
        <w:rPr>
          <w:rFonts w:ascii="Times New Roman" w:hAnsi="Times New Roman" w:cs="Times New Roman"/>
          <w:b/>
          <w:sz w:val="24"/>
          <w:szCs w:val="24"/>
        </w:rPr>
      </w:pPr>
      <w:r w:rsidRPr="007A725D">
        <w:rPr>
          <w:rFonts w:ascii="Times New Roman" w:hAnsi="Times New Roman" w:cs="Times New Roman"/>
          <w:b/>
          <w:sz w:val="24"/>
          <w:szCs w:val="24"/>
        </w:rPr>
        <w:t xml:space="preserve">Sâmbătă, 20 septembrie 2025 – Online pe </w:t>
      </w:r>
      <w:proofErr w:type="spellStart"/>
      <w:r w:rsidRPr="007A725D">
        <w:rPr>
          <w:rFonts w:ascii="Times New Roman" w:hAnsi="Times New Roman" w:cs="Times New Roman"/>
          <w:b/>
          <w:sz w:val="24"/>
          <w:szCs w:val="24"/>
        </w:rPr>
        <w:t>Zoom</w:t>
      </w:r>
      <w:proofErr w:type="spellEnd"/>
    </w:p>
    <w:p w14:paraId="4D356D8A" w14:textId="162B3AEC" w:rsidR="00A40AEC" w:rsidRPr="00375C3D" w:rsidRDefault="00375C3D" w:rsidP="007F5859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75C3D">
        <w:rPr>
          <w:rFonts w:ascii="Times New Roman" w:hAnsi="Times New Roman" w:cs="Times New Roman"/>
          <w:b/>
          <w:i/>
          <w:iCs/>
          <w:sz w:val="24"/>
          <w:szCs w:val="24"/>
        </w:rPr>
        <w:t>* Programul conferinței online se desfășoară conform orei din Praga (GMT+1)</w:t>
      </w:r>
    </w:p>
    <w:p w14:paraId="72A4D5BA" w14:textId="2D69C19D" w:rsidR="007F5859" w:rsidRDefault="007F5859" w:rsidP="007F5859">
      <w:pPr>
        <w:rPr>
          <w:b/>
          <w:bCs/>
        </w:rPr>
      </w:pPr>
      <w:r>
        <w:rPr>
          <w:b/>
          <w:bCs/>
        </w:rPr>
        <w:t>PENTRU CONECTAREA ONLINE. LINK ZOOM</w:t>
      </w:r>
    </w:p>
    <w:tbl>
      <w:tblPr>
        <w:tblW w:w="99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6"/>
      </w:tblGrid>
      <w:tr w:rsidR="007F5859" w:rsidRPr="00AB2AF4" w14:paraId="29E0BCA5" w14:textId="77777777" w:rsidTr="007A725D">
        <w:trPr>
          <w:tblCellSpacing w:w="0" w:type="dxa"/>
          <w:jc w:val="center"/>
        </w:trPr>
        <w:tc>
          <w:tcPr>
            <w:tcW w:w="0" w:type="auto"/>
            <w:tcMar>
              <w:top w:w="30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8415F" w14:textId="77777777" w:rsidR="007F5859" w:rsidRPr="00AB2AF4" w:rsidRDefault="007F5859" w:rsidP="0010049E">
            <w:pPr>
              <w:rPr>
                <w:b/>
                <w:bCs/>
              </w:rPr>
            </w:pPr>
          </w:p>
        </w:tc>
      </w:tr>
      <w:tr w:rsidR="007F5859" w:rsidRPr="00AB2AF4" w14:paraId="21076CDF" w14:textId="77777777" w:rsidTr="007A725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3552C13" w14:textId="77777777" w:rsidR="007F5859" w:rsidRPr="00AB2AF4" w:rsidRDefault="007F5859" w:rsidP="0010049E">
            <w:pPr>
              <w:rPr>
                <w:b/>
                <w:bCs/>
              </w:rPr>
            </w:pPr>
            <w:proofErr w:type="spellStart"/>
            <w:r w:rsidRPr="00AB2AF4">
              <w:rPr>
                <w:b/>
                <w:bCs/>
              </w:rPr>
              <w:t>Join</w:t>
            </w:r>
            <w:proofErr w:type="spellEnd"/>
            <w:r w:rsidRPr="00AB2AF4">
              <w:rPr>
                <w:b/>
                <w:bCs/>
              </w:rPr>
              <w:t xml:space="preserve"> </w:t>
            </w:r>
            <w:proofErr w:type="spellStart"/>
            <w:r w:rsidRPr="00AB2AF4">
              <w:rPr>
                <w:b/>
                <w:bCs/>
              </w:rPr>
              <w:t>Zoom</w:t>
            </w:r>
            <w:proofErr w:type="spellEnd"/>
            <w:r w:rsidRPr="00AB2AF4">
              <w:rPr>
                <w:b/>
                <w:bCs/>
              </w:rPr>
              <w:t xml:space="preserve"> Meeting</w:t>
            </w:r>
          </w:p>
          <w:p w14:paraId="4588829C" w14:textId="77777777" w:rsidR="007F5859" w:rsidRPr="00AB2AF4" w:rsidRDefault="007F5859" w:rsidP="0010049E">
            <w:pPr>
              <w:rPr>
                <w:b/>
                <w:bCs/>
              </w:rPr>
            </w:pPr>
            <w:hyperlink r:id="rId6" w:tgtFrame="_blank" w:history="1">
              <w:r w:rsidRPr="00AB2AF4">
                <w:rPr>
                  <w:rStyle w:val="Hypertextovodkaz"/>
                  <w:b/>
                  <w:bCs/>
                </w:rPr>
                <w:t>https://us06web.zoom.us/j/82971106153?pwd=QeGarcBC0bZze774T5POgqiFyavJKa.1</w:t>
              </w:r>
            </w:hyperlink>
          </w:p>
        </w:tc>
      </w:tr>
      <w:tr w:rsidR="007F5859" w:rsidRPr="00AB2AF4" w14:paraId="52628DE1" w14:textId="77777777" w:rsidTr="007A725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4E86474" w14:textId="77777777" w:rsidR="007F5859" w:rsidRPr="00AB2AF4" w:rsidRDefault="007F5859" w:rsidP="0010049E">
            <w:pPr>
              <w:rPr>
                <w:b/>
                <w:bCs/>
              </w:rPr>
            </w:pPr>
            <w:r w:rsidRPr="00AB2AF4">
              <w:rPr>
                <w:b/>
                <w:bCs/>
              </w:rPr>
              <w:t>Meeting ID: 829 7110 6153</w:t>
            </w:r>
          </w:p>
        </w:tc>
      </w:tr>
      <w:tr w:rsidR="007F5859" w:rsidRPr="00AB2AF4" w14:paraId="0D155303" w14:textId="77777777" w:rsidTr="007A725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9E9E57A" w14:textId="77777777" w:rsidR="007F5859" w:rsidRPr="00AB2AF4" w:rsidRDefault="007F5859" w:rsidP="0010049E">
            <w:pPr>
              <w:rPr>
                <w:b/>
                <w:bCs/>
              </w:rPr>
            </w:pPr>
            <w:proofErr w:type="spellStart"/>
            <w:r w:rsidRPr="00AB2AF4">
              <w:rPr>
                <w:b/>
                <w:bCs/>
              </w:rPr>
              <w:t>Passcode</w:t>
            </w:r>
            <w:proofErr w:type="spellEnd"/>
            <w:r w:rsidRPr="00AB2AF4">
              <w:rPr>
                <w:b/>
                <w:bCs/>
              </w:rPr>
              <w:t>: rpk1Ei</w:t>
            </w:r>
          </w:p>
        </w:tc>
      </w:tr>
    </w:tbl>
    <w:p w14:paraId="5868F548" w14:textId="77777777" w:rsidR="00775292" w:rsidRPr="007A725D" w:rsidRDefault="00775292" w:rsidP="00775292">
      <w:pPr>
        <w:spacing w:before="40" w:after="40"/>
        <w:rPr>
          <w:b/>
          <w:bCs/>
          <w:u w:val="single"/>
        </w:rPr>
      </w:pPr>
      <w:r w:rsidRPr="007A725D">
        <w:rPr>
          <w:rFonts w:ascii="Times New Roman" w:hAnsi="Times New Roman"/>
          <w:b/>
          <w:bCs/>
          <w:u w:val="single"/>
        </w:rPr>
        <w:t>Vor lua cuvântul:</w:t>
      </w:r>
    </w:p>
    <w:p w14:paraId="4D96A299" w14:textId="018BFDF6" w:rsidR="00775292" w:rsidRPr="009E4FF3" w:rsidRDefault="00775292" w:rsidP="00775292">
      <w:pPr>
        <w:spacing w:before="40" w:after="40"/>
        <w:rPr>
          <w:rFonts w:ascii="Times New Roman" w:hAnsi="Times New Roman"/>
        </w:rPr>
      </w:pPr>
      <w:r w:rsidRPr="009E4FF3">
        <w:rPr>
          <w:rFonts w:ascii="Times New Roman" w:hAnsi="Times New Roman"/>
        </w:rPr>
        <w:t xml:space="preserve">• </w:t>
      </w:r>
      <w:r w:rsidR="001A345C" w:rsidRPr="009E4FF3">
        <w:rPr>
          <w:rFonts w:ascii="Times New Roman" w:hAnsi="Times New Roman"/>
          <w:b/>
          <w:bCs/>
        </w:rPr>
        <w:t>DAIANA CUIBUS</w:t>
      </w:r>
      <w:r w:rsidRPr="009E4FF3">
        <w:rPr>
          <w:rFonts w:ascii="Times New Roman" w:hAnsi="Times New Roman"/>
        </w:rPr>
        <w:t>, director general</w:t>
      </w:r>
      <w:r w:rsidR="00C10011" w:rsidRPr="009E4FF3">
        <w:rPr>
          <w:rFonts w:ascii="Times New Roman" w:hAnsi="Times New Roman"/>
        </w:rPr>
        <w:t xml:space="preserve"> – </w:t>
      </w:r>
      <w:r w:rsidRPr="009E4FF3">
        <w:rPr>
          <w:rFonts w:ascii="Times New Roman" w:hAnsi="Times New Roman"/>
        </w:rPr>
        <w:t>Institutul Limbii Române</w:t>
      </w:r>
    </w:p>
    <w:p w14:paraId="26E8A073" w14:textId="2AA5EC21" w:rsidR="00775292" w:rsidRPr="009E4FF3" w:rsidRDefault="00775292" w:rsidP="00775292">
      <w:pPr>
        <w:spacing w:before="40" w:after="40"/>
      </w:pPr>
      <w:r w:rsidRPr="009E4FF3">
        <w:rPr>
          <w:rFonts w:ascii="Times New Roman" w:hAnsi="Times New Roman"/>
        </w:rPr>
        <w:t xml:space="preserve">• </w:t>
      </w:r>
      <w:r w:rsidR="001A345C" w:rsidRPr="009E4FF3">
        <w:rPr>
          <w:rFonts w:ascii="Times New Roman" w:hAnsi="Times New Roman"/>
          <w:b/>
          <w:bCs/>
        </w:rPr>
        <w:t>JARMILA HORÁKOVÁ</w:t>
      </w:r>
      <w:r w:rsidRPr="009E4FF3">
        <w:rPr>
          <w:rFonts w:ascii="Times New Roman" w:hAnsi="Times New Roman"/>
        </w:rPr>
        <w:t xml:space="preserve">, Universitatea </w:t>
      </w:r>
      <w:proofErr w:type="spellStart"/>
      <w:r w:rsidRPr="009E4FF3">
        <w:rPr>
          <w:rFonts w:ascii="Times New Roman" w:hAnsi="Times New Roman"/>
        </w:rPr>
        <w:t>Carolină</w:t>
      </w:r>
      <w:proofErr w:type="spellEnd"/>
      <w:r w:rsidRPr="009E4FF3">
        <w:rPr>
          <w:rFonts w:ascii="Times New Roman" w:hAnsi="Times New Roman"/>
        </w:rPr>
        <w:t xml:space="preserve"> din Praga</w:t>
      </w:r>
    </w:p>
    <w:p w14:paraId="45601F96" w14:textId="1F0C1DF5" w:rsidR="00775292" w:rsidRPr="009E4FF3" w:rsidRDefault="00775292" w:rsidP="00775292">
      <w:pPr>
        <w:spacing w:before="40" w:after="40"/>
      </w:pPr>
      <w:r w:rsidRPr="009E4FF3">
        <w:rPr>
          <w:rFonts w:ascii="Times New Roman" w:hAnsi="Times New Roman"/>
        </w:rPr>
        <w:t xml:space="preserve">• </w:t>
      </w:r>
      <w:r w:rsidR="001A345C" w:rsidRPr="009E4FF3">
        <w:rPr>
          <w:rFonts w:ascii="Times New Roman" w:hAnsi="Times New Roman"/>
          <w:b/>
          <w:bCs/>
        </w:rPr>
        <w:t>LIBUŠE VALENTOVÁ</w:t>
      </w:r>
      <w:r w:rsidRPr="009E4FF3">
        <w:rPr>
          <w:rFonts w:ascii="Times New Roman" w:hAnsi="Times New Roman"/>
        </w:rPr>
        <w:t xml:space="preserve">, Universitatea </w:t>
      </w:r>
      <w:proofErr w:type="spellStart"/>
      <w:r w:rsidRPr="009E4FF3">
        <w:rPr>
          <w:rFonts w:ascii="Times New Roman" w:hAnsi="Times New Roman"/>
        </w:rPr>
        <w:t>Carolină</w:t>
      </w:r>
      <w:proofErr w:type="spellEnd"/>
      <w:r w:rsidRPr="009E4FF3">
        <w:rPr>
          <w:rFonts w:ascii="Times New Roman" w:hAnsi="Times New Roman"/>
        </w:rPr>
        <w:t xml:space="preserve"> din Praga</w:t>
      </w:r>
    </w:p>
    <w:p w14:paraId="13A8A618" w14:textId="46FF8440" w:rsidR="00775292" w:rsidRPr="009E4FF3" w:rsidRDefault="00775292" w:rsidP="00775292">
      <w:pPr>
        <w:spacing w:before="40" w:after="40"/>
      </w:pPr>
      <w:r w:rsidRPr="009E4FF3">
        <w:rPr>
          <w:rFonts w:ascii="Times New Roman" w:hAnsi="Times New Roman"/>
        </w:rPr>
        <w:t xml:space="preserve">• </w:t>
      </w:r>
      <w:r w:rsidR="001A345C" w:rsidRPr="009E4FF3">
        <w:rPr>
          <w:rFonts w:ascii="Times New Roman" w:hAnsi="Times New Roman"/>
          <w:b/>
          <w:bCs/>
        </w:rPr>
        <w:t>JIŘÍ NAŠINEC</w:t>
      </w:r>
      <w:r w:rsidRPr="009E4FF3">
        <w:rPr>
          <w:rFonts w:ascii="Times New Roman" w:hAnsi="Times New Roman"/>
        </w:rPr>
        <w:t xml:space="preserve">, Universitatea </w:t>
      </w:r>
      <w:proofErr w:type="spellStart"/>
      <w:r w:rsidRPr="009E4FF3">
        <w:rPr>
          <w:rFonts w:ascii="Times New Roman" w:hAnsi="Times New Roman"/>
        </w:rPr>
        <w:t>Carolină</w:t>
      </w:r>
      <w:proofErr w:type="spellEnd"/>
      <w:r w:rsidRPr="009E4FF3">
        <w:rPr>
          <w:rFonts w:ascii="Times New Roman" w:hAnsi="Times New Roman"/>
        </w:rPr>
        <w:t xml:space="preserve"> din Praga</w:t>
      </w:r>
    </w:p>
    <w:p w14:paraId="47F8B013" w14:textId="286B99DF" w:rsidR="00775292" w:rsidRPr="009E4FF3" w:rsidRDefault="00775292" w:rsidP="00775292">
      <w:pPr>
        <w:spacing w:before="40" w:after="40"/>
        <w:rPr>
          <w:rFonts w:ascii="Times New Roman" w:hAnsi="Times New Roman"/>
          <w:iCs/>
        </w:rPr>
      </w:pPr>
      <w:r w:rsidRPr="009E4FF3">
        <w:rPr>
          <w:rFonts w:ascii="Times New Roman" w:hAnsi="Times New Roman"/>
          <w:iCs/>
        </w:rPr>
        <w:t xml:space="preserve">Moderator: </w:t>
      </w:r>
      <w:r w:rsidR="001A345C" w:rsidRPr="009E4FF3">
        <w:rPr>
          <w:rFonts w:ascii="Times New Roman" w:hAnsi="Times New Roman"/>
          <w:b/>
          <w:bCs/>
          <w:iCs/>
        </w:rPr>
        <w:t>NICOLAE ADRIAN HENȚ</w:t>
      </w:r>
      <w:r w:rsidRPr="009E4FF3">
        <w:rPr>
          <w:rFonts w:ascii="Times New Roman" w:hAnsi="Times New Roman"/>
          <w:iCs/>
        </w:rPr>
        <w:t xml:space="preserve">, Institutul Limbii Române </w:t>
      </w:r>
      <w:r w:rsidRPr="009E4FF3">
        <w:rPr>
          <w:rFonts w:ascii="Times New Roman" w:hAnsi="Times New Roman"/>
          <w:iCs/>
          <w:lang w:val="en-GB"/>
        </w:rPr>
        <w:t xml:space="preserve">/ </w:t>
      </w:r>
      <w:r w:rsidRPr="009E4FF3">
        <w:rPr>
          <w:rFonts w:ascii="Times New Roman" w:hAnsi="Times New Roman"/>
          <w:iCs/>
        </w:rPr>
        <w:t xml:space="preserve">Universitatea </w:t>
      </w:r>
      <w:proofErr w:type="spellStart"/>
      <w:r w:rsidRPr="009E4FF3">
        <w:rPr>
          <w:rFonts w:ascii="Times New Roman" w:hAnsi="Times New Roman"/>
          <w:iCs/>
        </w:rPr>
        <w:t>Carolină</w:t>
      </w:r>
      <w:proofErr w:type="spellEnd"/>
      <w:r w:rsidRPr="009E4FF3">
        <w:rPr>
          <w:rFonts w:ascii="Times New Roman" w:hAnsi="Times New Roman"/>
          <w:iCs/>
        </w:rPr>
        <w:t xml:space="preserve"> din Praga</w:t>
      </w:r>
    </w:p>
    <w:p w14:paraId="03E80E2E" w14:textId="77777777" w:rsidR="004651BF" w:rsidRPr="004651BF" w:rsidRDefault="004651BF" w:rsidP="00775292">
      <w:pPr>
        <w:spacing w:before="40" w:after="40"/>
        <w:rPr>
          <w:iCs/>
        </w:rPr>
      </w:pPr>
    </w:p>
    <w:p w14:paraId="1B55481B" w14:textId="77777777" w:rsidR="00E07988" w:rsidRPr="004651BF" w:rsidRDefault="00000000" w:rsidP="00EB398F">
      <w:pPr>
        <w:spacing w:before="120" w:after="80"/>
        <w:rPr>
          <w:rFonts w:ascii="Times New Roman" w:hAnsi="Times New Roman" w:cs="Times New Roman"/>
          <w:u w:val="single"/>
        </w:rPr>
      </w:pPr>
      <w:r w:rsidRPr="004651BF">
        <w:rPr>
          <w:rFonts w:ascii="Times New Roman" w:hAnsi="Times New Roman" w:cs="Times New Roman"/>
          <w:b/>
          <w:u w:val="single"/>
        </w:rPr>
        <w:t>SECTIUNEA E – Limba română ca limbă străină – perspective, inovații și provocări actuale</w:t>
      </w:r>
    </w:p>
    <w:p w14:paraId="31BBE603" w14:textId="3E9D803A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i/>
        </w:rPr>
        <w:t xml:space="preserve">Moderator: </w:t>
      </w:r>
      <w:r w:rsidR="007A725D">
        <w:rPr>
          <w:rFonts w:ascii="Times New Roman" w:hAnsi="Times New Roman" w:cs="Times New Roman"/>
          <w:b/>
          <w:bCs/>
          <w:i/>
        </w:rPr>
        <w:t>Camelia Zăbavă</w:t>
      </w:r>
      <w:r w:rsidRPr="00EB398F">
        <w:rPr>
          <w:rFonts w:ascii="Times New Roman" w:hAnsi="Times New Roman" w:cs="Times New Roman"/>
          <w:b/>
          <w:bCs/>
          <w:i/>
        </w:rPr>
        <w:t xml:space="preserve"> </w:t>
      </w:r>
    </w:p>
    <w:p w14:paraId="1073CF65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09:30 – 09:50 – </w:t>
      </w:r>
      <w:r w:rsidRPr="00EB398F">
        <w:rPr>
          <w:rFonts w:ascii="Times New Roman" w:hAnsi="Times New Roman" w:cs="Times New Roman"/>
          <w:b/>
          <w:bCs/>
        </w:rPr>
        <w:t>NICOLETA NEȘU</w:t>
      </w:r>
      <w:r w:rsidRPr="00EB398F">
        <w:rPr>
          <w:rFonts w:ascii="Times New Roman" w:hAnsi="Times New Roman" w:cs="Times New Roman"/>
        </w:rPr>
        <w:t xml:space="preserve"> – RLS în dublă ipostază la Universitatea </w:t>
      </w:r>
      <w:proofErr w:type="spellStart"/>
      <w:r w:rsidRPr="00EB398F">
        <w:rPr>
          <w:rFonts w:ascii="Times New Roman" w:hAnsi="Times New Roman" w:cs="Times New Roman"/>
        </w:rPr>
        <w:t>Sapienza</w:t>
      </w:r>
      <w:proofErr w:type="spellEnd"/>
      <w:r w:rsidRPr="00EB398F">
        <w:rPr>
          <w:rFonts w:ascii="Times New Roman" w:hAnsi="Times New Roman" w:cs="Times New Roman"/>
        </w:rPr>
        <w:t xml:space="preserve"> din Roma</w:t>
      </w:r>
    </w:p>
    <w:p w14:paraId="45E8020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09:50 – 10:10 – </w:t>
      </w:r>
      <w:r w:rsidRPr="00EB398F">
        <w:rPr>
          <w:rFonts w:ascii="Times New Roman" w:hAnsi="Times New Roman" w:cs="Times New Roman"/>
          <w:b/>
          <w:bCs/>
        </w:rPr>
        <w:t>EMILIA ANDREEA MOTORANU</w:t>
      </w:r>
      <w:r w:rsidRPr="00EB398F">
        <w:rPr>
          <w:rFonts w:ascii="Times New Roman" w:hAnsi="Times New Roman" w:cs="Times New Roman"/>
        </w:rPr>
        <w:t xml:space="preserve"> – Anul pregătitor de limbă română la Academia de Studii Economice din București</w:t>
      </w:r>
    </w:p>
    <w:p w14:paraId="70A37494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10:10 – 10:30 – </w:t>
      </w:r>
      <w:r w:rsidRPr="00EB398F">
        <w:rPr>
          <w:rFonts w:ascii="Times New Roman" w:hAnsi="Times New Roman" w:cs="Times New Roman"/>
          <w:b/>
          <w:bCs/>
        </w:rPr>
        <w:t>SILVIU MIHĂILĂ</w:t>
      </w:r>
      <w:r w:rsidRPr="00EB398F">
        <w:rPr>
          <w:rFonts w:ascii="Times New Roman" w:hAnsi="Times New Roman" w:cs="Times New Roman"/>
        </w:rPr>
        <w:t xml:space="preserve"> – Profesorul de LRLS între două lumi. O filozofie personală a concilierii și unificării didactice</w:t>
      </w:r>
    </w:p>
    <w:p w14:paraId="49BC3306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10:30 – 10:50 – </w:t>
      </w:r>
      <w:r w:rsidRPr="00EB398F">
        <w:rPr>
          <w:rFonts w:ascii="Times New Roman" w:hAnsi="Times New Roman" w:cs="Times New Roman"/>
          <w:b/>
          <w:bCs/>
        </w:rPr>
        <w:t>IULIA NICA</w:t>
      </w:r>
      <w:r w:rsidRPr="00EB398F">
        <w:rPr>
          <w:rFonts w:ascii="Times New Roman" w:hAnsi="Times New Roman" w:cs="Times New Roman"/>
        </w:rPr>
        <w:t xml:space="preserve"> – Numele proprii în predarea limbii române pentru străini</w:t>
      </w:r>
    </w:p>
    <w:p w14:paraId="53FE3E53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10:50 – 11:10 – </w:t>
      </w:r>
      <w:r w:rsidRPr="00EB398F">
        <w:rPr>
          <w:rFonts w:ascii="Times New Roman" w:hAnsi="Times New Roman" w:cs="Times New Roman"/>
          <w:b/>
          <w:bCs/>
        </w:rPr>
        <w:t>MARIA-ZOICA EUGENIA BALABAN</w:t>
      </w:r>
      <w:r w:rsidRPr="00EB398F">
        <w:rPr>
          <w:rFonts w:ascii="Times New Roman" w:hAnsi="Times New Roman" w:cs="Times New Roman"/>
        </w:rPr>
        <w:t xml:space="preserve"> – Motivații ale învățării și provocări ale predării limbii române ca limbă străină/</w:t>
      </w:r>
      <w:proofErr w:type="spellStart"/>
      <w:r w:rsidRPr="00EB398F">
        <w:rPr>
          <w:rFonts w:ascii="Times New Roman" w:hAnsi="Times New Roman" w:cs="Times New Roman"/>
        </w:rPr>
        <w:t>nematernă</w:t>
      </w:r>
      <w:proofErr w:type="spellEnd"/>
      <w:r w:rsidRPr="00EB398F">
        <w:rPr>
          <w:rFonts w:ascii="Times New Roman" w:hAnsi="Times New Roman" w:cs="Times New Roman"/>
        </w:rPr>
        <w:t xml:space="preserve"> studenților maghiari</w:t>
      </w:r>
    </w:p>
    <w:p w14:paraId="5BA9EB7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11:10 – 11:30 – </w:t>
      </w:r>
      <w:r w:rsidRPr="00EB398F">
        <w:rPr>
          <w:rFonts w:ascii="Times New Roman" w:hAnsi="Times New Roman" w:cs="Times New Roman"/>
          <w:b/>
          <w:bCs/>
        </w:rPr>
        <w:t>GINA AURORA NECULA</w:t>
      </w:r>
      <w:r w:rsidRPr="00EB398F">
        <w:rPr>
          <w:rFonts w:ascii="Times New Roman" w:hAnsi="Times New Roman" w:cs="Times New Roman"/>
        </w:rPr>
        <w:t xml:space="preserve"> – Code-</w:t>
      </w:r>
      <w:proofErr w:type="spellStart"/>
      <w:r w:rsidRPr="00EB398F">
        <w:rPr>
          <w:rFonts w:ascii="Times New Roman" w:hAnsi="Times New Roman" w:cs="Times New Roman"/>
        </w:rPr>
        <w:t>switching</w:t>
      </w:r>
      <w:proofErr w:type="spellEnd"/>
      <w:r w:rsidRPr="00EB398F">
        <w:rPr>
          <w:rFonts w:ascii="Times New Roman" w:hAnsi="Times New Roman" w:cs="Times New Roman"/>
        </w:rPr>
        <w:t xml:space="preserve"> și provocarea limbilor concurente în învățământul superior din Republica Moldova</w:t>
      </w:r>
    </w:p>
    <w:p w14:paraId="20BC057C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11:30 – 11:50 – </w:t>
      </w:r>
      <w:r w:rsidRPr="00EB398F">
        <w:rPr>
          <w:rFonts w:ascii="Times New Roman" w:hAnsi="Times New Roman" w:cs="Times New Roman"/>
          <w:b/>
          <w:bCs/>
        </w:rPr>
        <w:t xml:space="preserve">DIANA V. BURLACU </w:t>
      </w:r>
      <w:r w:rsidRPr="00EB398F">
        <w:rPr>
          <w:rFonts w:ascii="Times New Roman" w:hAnsi="Times New Roman" w:cs="Times New Roman"/>
        </w:rPr>
        <w:t xml:space="preserve">– De-a </w:t>
      </w:r>
      <w:proofErr w:type="spellStart"/>
      <w:r w:rsidRPr="00EB398F">
        <w:rPr>
          <w:rFonts w:ascii="Times New Roman" w:hAnsi="Times New Roman" w:cs="Times New Roman"/>
        </w:rPr>
        <w:t>râsu</w:t>
      </w:r>
      <w:proofErr w:type="spellEnd"/>
      <w:r w:rsidRPr="00EB398F">
        <w:rPr>
          <w:rFonts w:ascii="Times New Roman" w:hAnsi="Times New Roman" w:cs="Times New Roman"/>
        </w:rPr>
        <w:t xml:space="preserve">’ </w:t>
      </w:r>
      <w:proofErr w:type="spellStart"/>
      <w:r w:rsidRPr="00EB398F">
        <w:rPr>
          <w:rFonts w:ascii="Times New Roman" w:hAnsi="Times New Roman" w:cs="Times New Roman"/>
        </w:rPr>
        <w:t>plânsu</w:t>
      </w:r>
      <w:proofErr w:type="spellEnd"/>
      <w:r w:rsidRPr="00EB398F">
        <w:rPr>
          <w:rFonts w:ascii="Times New Roman" w:hAnsi="Times New Roman" w:cs="Times New Roman"/>
        </w:rPr>
        <w:t>’ în context didactic</w:t>
      </w:r>
    </w:p>
    <w:p w14:paraId="682B2F2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11:50 – 12:10 – </w:t>
      </w:r>
      <w:r w:rsidRPr="00EB398F">
        <w:rPr>
          <w:rFonts w:ascii="Times New Roman" w:hAnsi="Times New Roman" w:cs="Times New Roman"/>
          <w:b/>
          <w:bCs/>
        </w:rPr>
        <w:t>MARIA-LUCREȚIA CAZAC</w:t>
      </w:r>
      <w:r w:rsidRPr="00EB398F">
        <w:rPr>
          <w:rFonts w:ascii="Times New Roman" w:hAnsi="Times New Roman" w:cs="Times New Roman"/>
        </w:rPr>
        <w:t xml:space="preserve"> – Predarea RLS în context medical: observații asupra terminologiei bolilor</w:t>
      </w:r>
    </w:p>
    <w:p w14:paraId="5BBDB5FA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12:10 – 12:30 – </w:t>
      </w:r>
      <w:r w:rsidRPr="00EB398F">
        <w:rPr>
          <w:rFonts w:ascii="Times New Roman" w:hAnsi="Times New Roman" w:cs="Times New Roman"/>
          <w:b/>
          <w:bCs/>
        </w:rPr>
        <w:t>RAMONA MIHĂILĂ</w:t>
      </w:r>
      <w:r w:rsidRPr="00EB398F">
        <w:rPr>
          <w:rFonts w:ascii="Times New Roman" w:hAnsi="Times New Roman" w:cs="Times New Roman"/>
        </w:rPr>
        <w:t xml:space="preserve"> – Integrarea dimensiunii literare în predarea limbii române ca limbă străină</w:t>
      </w:r>
    </w:p>
    <w:p w14:paraId="17FB0F7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12:30 – 12:50- </w:t>
      </w:r>
      <w:r w:rsidRPr="00EB398F">
        <w:rPr>
          <w:rFonts w:ascii="Times New Roman" w:hAnsi="Times New Roman" w:cs="Times New Roman"/>
          <w:b/>
          <w:bCs/>
        </w:rPr>
        <w:t>Pauză</w:t>
      </w:r>
    </w:p>
    <w:p w14:paraId="158DF5D2" w14:textId="77777777" w:rsidR="00E07988" w:rsidRDefault="00000000" w:rsidP="00EB398F">
      <w:pPr>
        <w:spacing w:before="120" w:after="80"/>
        <w:rPr>
          <w:rFonts w:ascii="Times New Roman" w:hAnsi="Times New Roman" w:cs="Times New Roman"/>
          <w:b/>
          <w:i/>
          <w:iCs/>
          <w:u w:val="single"/>
        </w:rPr>
      </w:pPr>
      <w:r w:rsidRPr="00EB398F">
        <w:rPr>
          <w:rFonts w:ascii="Times New Roman" w:hAnsi="Times New Roman" w:cs="Times New Roman"/>
          <w:b/>
          <w:i/>
          <w:iCs/>
          <w:u w:val="single"/>
        </w:rPr>
        <w:t xml:space="preserve">PANEL RLS PROPUS DE UNIVERSITATEA „ LUCIAN BLAGA” SIBIU </w:t>
      </w:r>
    </w:p>
    <w:p w14:paraId="75061DBC" w14:textId="66FB5FC9" w:rsidR="006A46DC" w:rsidRPr="006A46DC" w:rsidRDefault="006A46DC" w:rsidP="00EB398F">
      <w:pPr>
        <w:spacing w:before="120" w:after="80"/>
        <w:rPr>
          <w:rFonts w:ascii="Times New Roman" w:hAnsi="Times New Roman" w:cs="Times New Roman"/>
        </w:rPr>
      </w:pPr>
      <w:r w:rsidRPr="006A46DC">
        <w:rPr>
          <w:rFonts w:ascii="Times New Roman" w:hAnsi="Times New Roman" w:cs="Times New Roman"/>
          <w:b/>
        </w:rPr>
        <w:t xml:space="preserve">Moderator: </w:t>
      </w:r>
      <w:r w:rsidRPr="006A46DC">
        <w:rPr>
          <w:rFonts w:ascii="Times New Roman" w:hAnsi="Times New Roman" w:cs="Times New Roman"/>
          <w:b/>
          <w:i/>
          <w:iCs/>
        </w:rPr>
        <w:t>Diana Burlacu</w:t>
      </w:r>
    </w:p>
    <w:p w14:paraId="021C30B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 12:50 – 13:10 – </w:t>
      </w:r>
      <w:r w:rsidRPr="00EB398F">
        <w:rPr>
          <w:rFonts w:ascii="Times New Roman" w:hAnsi="Times New Roman" w:cs="Times New Roman"/>
          <w:b/>
          <w:bCs/>
        </w:rPr>
        <w:t>VALERICA SPORIȘ + DENISA-MARIA BÂLC</w:t>
      </w:r>
      <w:r w:rsidRPr="00EB398F">
        <w:rPr>
          <w:rFonts w:ascii="Times New Roman" w:hAnsi="Times New Roman" w:cs="Times New Roman"/>
        </w:rPr>
        <w:t xml:space="preserve"> – Tendințe actuale în predarea-învățarea RLS. Studiu de caz: limbajul administrativ</w:t>
      </w:r>
    </w:p>
    <w:p w14:paraId="0E868606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lastRenderedPageBreak/>
        <w:t xml:space="preserve">13:10 – 13:40 – </w:t>
      </w:r>
      <w:r w:rsidRPr="00EB398F">
        <w:rPr>
          <w:rFonts w:ascii="Times New Roman" w:hAnsi="Times New Roman" w:cs="Times New Roman"/>
          <w:b/>
          <w:bCs/>
        </w:rPr>
        <w:t>CARMEN OPRIȘOR</w:t>
      </w:r>
      <w:r w:rsidRPr="00EB398F">
        <w:rPr>
          <w:rFonts w:ascii="Times New Roman" w:hAnsi="Times New Roman" w:cs="Times New Roman"/>
        </w:rPr>
        <w:t xml:space="preserve"> – Predarea disciplinei Cultură și civilizație românească în era tehnologică</w:t>
      </w:r>
    </w:p>
    <w:p w14:paraId="59D052F8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13:40 – 14:00 – </w:t>
      </w:r>
      <w:r w:rsidRPr="00EB398F">
        <w:rPr>
          <w:rFonts w:ascii="Times New Roman" w:hAnsi="Times New Roman" w:cs="Times New Roman"/>
          <w:b/>
          <w:bCs/>
        </w:rPr>
        <w:t>GEORGIANA COMĂNECIU + IULIA-MARIA TICĂRĂU</w:t>
      </w:r>
      <w:r w:rsidRPr="00EB398F">
        <w:rPr>
          <w:rFonts w:ascii="Times New Roman" w:hAnsi="Times New Roman" w:cs="Times New Roman"/>
        </w:rPr>
        <w:t xml:space="preserve"> – Impactul integrării instrumentelor digitale asupra dezvoltării competențelor lingvistice și a motivației studenților în procesul de predare și evaluare a RLS</w:t>
      </w:r>
    </w:p>
    <w:p w14:paraId="280BED2E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14:00 – 14:20 – </w:t>
      </w:r>
      <w:r w:rsidRPr="00EB398F">
        <w:rPr>
          <w:rFonts w:ascii="Times New Roman" w:hAnsi="Times New Roman" w:cs="Times New Roman"/>
          <w:b/>
          <w:bCs/>
        </w:rPr>
        <w:t>MONICA BORȘ</w:t>
      </w:r>
      <w:r w:rsidRPr="00EB398F">
        <w:rPr>
          <w:rFonts w:ascii="Times New Roman" w:hAnsi="Times New Roman" w:cs="Times New Roman"/>
        </w:rPr>
        <w:t xml:space="preserve"> – Analiza erorilor în evaluarea limbii române ca limbă străină, la nivelul B1: studiu de caz</w:t>
      </w:r>
    </w:p>
    <w:p w14:paraId="6C96C591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14:20 – 14:40 – </w:t>
      </w:r>
      <w:r w:rsidRPr="00EB398F">
        <w:rPr>
          <w:rFonts w:ascii="Times New Roman" w:hAnsi="Times New Roman" w:cs="Times New Roman"/>
          <w:b/>
          <w:bCs/>
        </w:rPr>
        <w:t>RADU DRĂGULESCU</w:t>
      </w:r>
      <w:r w:rsidRPr="00EB398F">
        <w:rPr>
          <w:rFonts w:ascii="Times New Roman" w:hAnsi="Times New Roman" w:cs="Times New Roman"/>
        </w:rPr>
        <w:t xml:space="preserve"> – Aspecte ale utilizării actelor </w:t>
      </w:r>
      <w:proofErr w:type="spellStart"/>
      <w:r w:rsidRPr="00EB398F">
        <w:rPr>
          <w:rFonts w:ascii="Times New Roman" w:hAnsi="Times New Roman" w:cs="Times New Roman"/>
        </w:rPr>
        <w:t>ilocuționare</w:t>
      </w:r>
      <w:proofErr w:type="spellEnd"/>
      <w:r w:rsidRPr="00EB398F">
        <w:rPr>
          <w:rFonts w:ascii="Times New Roman" w:hAnsi="Times New Roman" w:cs="Times New Roman"/>
        </w:rPr>
        <w:t xml:space="preserve"> în predarea limbii române ca limbă străină în context </w:t>
      </w:r>
      <w:proofErr w:type="spellStart"/>
      <w:r w:rsidRPr="00EB398F">
        <w:rPr>
          <w:rFonts w:ascii="Times New Roman" w:hAnsi="Times New Roman" w:cs="Times New Roman"/>
        </w:rPr>
        <w:t>endolingvistic</w:t>
      </w:r>
      <w:proofErr w:type="spellEnd"/>
    </w:p>
    <w:p w14:paraId="6F262CEE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14:40 – 15:00 – </w:t>
      </w:r>
      <w:r w:rsidRPr="00EB398F">
        <w:rPr>
          <w:rFonts w:ascii="Times New Roman" w:hAnsi="Times New Roman" w:cs="Times New Roman"/>
          <w:b/>
          <w:bCs/>
        </w:rPr>
        <w:t>SIMINA-MARIA TERIAN + DAVID MORARIU</w:t>
      </w:r>
      <w:r w:rsidRPr="00EB398F">
        <w:rPr>
          <w:rFonts w:ascii="Times New Roman" w:hAnsi="Times New Roman" w:cs="Times New Roman"/>
        </w:rPr>
        <w:t xml:space="preserve"> – Dinamica cercetării în predarea limbii române ca limbă străină: tendințe, impact și evoluții </w:t>
      </w:r>
      <w:proofErr w:type="spellStart"/>
      <w:r w:rsidRPr="00EB398F">
        <w:rPr>
          <w:rFonts w:ascii="Times New Roman" w:hAnsi="Times New Roman" w:cs="Times New Roman"/>
        </w:rPr>
        <w:t>bibliometrice</w:t>
      </w:r>
      <w:proofErr w:type="spellEnd"/>
    </w:p>
    <w:p w14:paraId="26969DF9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15:00 – 15:20 – </w:t>
      </w:r>
      <w:r w:rsidRPr="00EB398F">
        <w:rPr>
          <w:rFonts w:ascii="Times New Roman" w:hAnsi="Times New Roman" w:cs="Times New Roman"/>
          <w:b/>
          <w:bCs/>
        </w:rPr>
        <w:t>MIHAELA BADEA + CRISTINA IRIDON</w:t>
      </w:r>
      <w:r w:rsidRPr="00EB398F">
        <w:rPr>
          <w:rFonts w:ascii="Times New Roman" w:hAnsi="Times New Roman" w:cs="Times New Roman"/>
        </w:rPr>
        <w:t xml:space="preserve"> – Provocări privind predarea relațiilor semantice studenților anului pregătitor</w:t>
      </w:r>
    </w:p>
    <w:p w14:paraId="4F3C2204" w14:textId="238597B6" w:rsidR="008B1B2D" w:rsidRPr="00EB398F" w:rsidRDefault="008B1B2D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15:20- 1</w:t>
      </w:r>
      <w:r w:rsidR="007A725D">
        <w:rPr>
          <w:rFonts w:ascii="Times New Roman" w:hAnsi="Times New Roman" w:cs="Times New Roman"/>
        </w:rPr>
        <w:t>6</w:t>
      </w:r>
      <w:r w:rsidRPr="00EB398F">
        <w:rPr>
          <w:rFonts w:ascii="Times New Roman" w:hAnsi="Times New Roman" w:cs="Times New Roman"/>
        </w:rPr>
        <w:t>:</w:t>
      </w:r>
      <w:r w:rsidR="007A725D">
        <w:rPr>
          <w:rFonts w:ascii="Times New Roman" w:hAnsi="Times New Roman" w:cs="Times New Roman"/>
        </w:rPr>
        <w:t>00</w:t>
      </w:r>
      <w:r w:rsidRPr="00EB398F">
        <w:rPr>
          <w:rFonts w:ascii="Times New Roman" w:hAnsi="Times New Roman" w:cs="Times New Roman"/>
        </w:rPr>
        <w:t xml:space="preserve"> –</w:t>
      </w:r>
      <w:r w:rsidRPr="00EB398F">
        <w:rPr>
          <w:rFonts w:ascii="Times New Roman" w:hAnsi="Times New Roman" w:cs="Times New Roman"/>
          <w:b/>
          <w:bCs/>
        </w:rPr>
        <w:t xml:space="preserve"> Pauză </w:t>
      </w:r>
    </w:p>
    <w:p w14:paraId="1C44EF08" w14:textId="77777777" w:rsidR="008B1B2D" w:rsidRPr="00EB398F" w:rsidRDefault="008B1B2D" w:rsidP="00EB398F">
      <w:pPr>
        <w:spacing w:before="40" w:after="40"/>
        <w:rPr>
          <w:rFonts w:ascii="Times New Roman" w:hAnsi="Times New Roman" w:cs="Times New Roman"/>
        </w:rPr>
      </w:pPr>
    </w:p>
    <w:p w14:paraId="0E19CEE8" w14:textId="77777777" w:rsidR="00E07988" w:rsidRPr="00B83B88" w:rsidRDefault="00000000" w:rsidP="00EB398F">
      <w:pPr>
        <w:spacing w:before="120" w:after="80"/>
        <w:rPr>
          <w:rFonts w:ascii="Times New Roman" w:hAnsi="Times New Roman" w:cs="Times New Roman"/>
          <w:u w:val="single"/>
        </w:rPr>
      </w:pPr>
      <w:r w:rsidRPr="00B83B88">
        <w:rPr>
          <w:rFonts w:ascii="Times New Roman" w:hAnsi="Times New Roman" w:cs="Times New Roman"/>
          <w:b/>
          <w:u w:val="single"/>
        </w:rPr>
        <w:t>SECTIUNEA A – Situația actuală a Studiilor Românești la universitățile europene</w:t>
      </w:r>
    </w:p>
    <w:p w14:paraId="0F235F72" w14:textId="02B362BF" w:rsidR="00E07988" w:rsidRPr="00EB398F" w:rsidRDefault="00000000" w:rsidP="00EB398F">
      <w:pPr>
        <w:spacing w:before="40" w:after="40"/>
        <w:rPr>
          <w:rFonts w:ascii="Times New Roman" w:hAnsi="Times New Roman" w:cs="Times New Roman"/>
          <w:b/>
          <w:bCs/>
          <w:i/>
          <w:iCs/>
        </w:rPr>
      </w:pPr>
      <w:r w:rsidRPr="00EB398F">
        <w:rPr>
          <w:rFonts w:ascii="Times New Roman" w:hAnsi="Times New Roman" w:cs="Times New Roman"/>
        </w:rPr>
        <w:t xml:space="preserve">Moderatori : </w:t>
      </w:r>
      <w:r w:rsidRPr="00EB398F">
        <w:rPr>
          <w:rFonts w:ascii="Times New Roman" w:hAnsi="Times New Roman" w:cs="Times New Roman"/>
          <w:b/>
          <w:bCs/>
          <w:i/>
          <w:iCs/>
        </w:rPr>
        <w:t xml:space="preserve">Raluca </w:t>
      </w:r>
      <w:proofErr w:type="spellStart"/>
      <w:r w:rsidRPr="00EB398F">
        <w:rPr>
          <w:rFonts w:ascii="Times New Roman" w:hAnsi="Times New Roman" w:cs="Times New Roman"/>
          <w:b/>
          <w:bCs/>
          <w:i/>
          <w:iCs/>
        </w:rPr>
        <w:t>Enii</w:t>
      </w:r>
      <w:proofErr w:type="spellEnd"/>
    </w:p>
    <w:p w14:paraId="3F9C7264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16:00 – 16:20 – </w:t>
      </w:r>
      <w:r w:rsidRPr="00EB398F">
        <w:rPr>
          <w:rFonts w:ascii="Times New Roman" w:hAnsi="Times New Roman" w:cs="Times New Roman"/>
          <w:b/>
          <w:bCs/>
        </w:rPr>
        <w:t>OANA TOPALA</w:t>
      </w:r>
      <w:r w:rsidRPr="00EB398F">
        <w:rPr>
          <w:rFonts w:ascii="Times New Roman" w:hAnsi="Times New Roman" w:cs="Times New Roman"/>
        </w:rPr>
        <w:t xml:space="preserve"> – Cursul de limbă, cultură și civilizație românească din Belgia – între spațiul francofon și spațiul </w:t>
      </w:r>
      <w:proofErr w:type="spellStart"/>
      <w:r w:rsidRPr="00EB398F">
        <w:rPr>
          <w:rFonts w:ascii="Times New Roman" w:hAnsi="Times New Roman" w:cs="Times New Roman"/>
        </w:rPr>
        <w:t>neerlandofon</w:t>
      </w:r>
      <w:proofErr w:type="spellEnd"/>
    </w:p>
    <w:p w14:paraId="6FDD403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16:20 – 16:40 – </w:t>
      </w:r>
      <w:r w:rsidRPr="00EB398F">
        <w:rPr>
          <w:rFonts w:ascii="Times New Roman" w:hAnsi="Times New Roman" w:cs="Times New Roman"/>
          <w:b/>
          <w:bCs/>
        </w:rPr>
        <w:t>ELENA-CAMELIA ZĂBAVĂ</w:t>
      </w:r>
      <w:r w:rsidRPr="00EB398F">
        <w:rPr>
          <w:rFonts w:ascii="Times New Roman" w:hAnsi="Times New Roman" w:cs="Times New Roman"/>
        </w:rPr>
        <w:t xml:space="preserve"> – Dinamica studiilor românești la Universitatea Sfinții Chiril și Metodiu, </w:t>
      </w:r>
      <w:proofErr w:type="spellStart"/>
      <w:r w:rsidRPr="00EB398F">
        <w:rPr>
          <w:rFonts w:ascii="Times New Roman" w:hAnsi="Times New Roman" w:cs="Times New Roman"/>
        </w:rPr>
        <w:t>Veliko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Târnovo</w:t>
      </w:r>
      <w:proofErr w:type="spellEnd"/>
      <w:r w:rsidRPr="00EB398F">
        <w:rPr>
          <w:rFonts w:ascii="Times New Roman" w:hAnsi="Times New Roman" w:cs="Times New Roman"/>
        </w:rPr>
        <w:t>, Bulgaria</w:t>
      </w:r>
    </w:p>
    <w:p w14:paraId="15F6632B" w14:textId="77777777" w:rsidR="00E07988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16:40 – 17:00 – </w:t>
      </w:r>
      <w:r w:rsidRPr="00EB398F">
        <w:rPr>
          <w:rFonts w:ascii="Times New Roman" w:hAnsi="Times New Roman" w:cs="Times New Roman"/>
          <w:b/>
          <w:bCs/>
        </w:rPr>
        <w:t>ANA-RALUCA ENII</w:t>
      </w:r>
      <w:r w:rsidRPr="00EB398F">
        <w:rPr>
          <w:rFonts w:ascii="Times New Roman" w:hAnsi="Times New Roman" w:cs="Times New Roman"/>
        </w:rPr>
        <w:t xml:space="preserve"> – Dinspre tradiție spre contemporaneitate: patrimoniu în actualizare la cursurile de română I.L.R. de la Universitatea din Sevilla</w:t>
      </w:r>
    </w:p>
    <w:p w14:paraId="05D33342" w14:textId="20B7A70F" w:rsidR="006C5A18" w:rsidRPr="006C5A18" w:rsidRDefault="006C5A18" w:rsidP="006C5A18">
      <w:pPr>
        <w:spacing w:before="40" w:after="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17.00 – 17.20 – </w:t>
      </w:r>
      <w:r w:rsidRPr="006C5A18">
        <w:rPr>
          <w:rFonts w:ascii="Times New Roman" w:hAnsi="Times New Roman" w:cs="Times New Roman"/>
          <w:b/>
          <w:bCs/>
        </w:rPr>
        <w:t>ANDREEA BEATRIX PANTILOI</w:t>
      </w:r>
      <w:r>
        <w:rPr>
          <w:rFonts w:ascii="Times New Roman" w:hAnsi="Times New Roman" w:cs="Times New Roman"/>
        </w:rPr>
        <w:t xml:space="preserve"> – </w:t>
      </w:r>
      <w:r w:rsidRPr="006C5A18">
        <w:rPr>
          <w:rFonts w:ascii="Times New Roman" w:hAnsi="Times New Roman" w:cs="Times New Roman"/>
        </w:rPr>
        <w:t>Adaptarea sub lupă: cerințele din manualele de RLS, între nivel declarat și nivel real</w:t>
      </w:r>
    </w:p>
    <w:p w14:paraId="6FB8DE7A" w14:textId="12621085" w:rsidR="006C5A18" w:rsidRPr="00EB398F" w:rsidRDefault="006C5A18" w:rsidP="00EB398F">
      <w:pPr>
        <w:spacing w:before="40" w:after="40"/>
        <w:rPr>
          <w:rFonts w:ascii="Times New Roman" w:hAnsi="Times New Roman" w:cs="Times New Roman"/>
        </w:rPr>
      </w:pPr>
    </w:p>
    <w:p w14:paraId="2847179A" w14:textId="77777777" w:rsidR="00E07988" w:rsidRPr="00EB398F" w:rsidRDefault="00E07988" w:rsidP="00EB398F">
      <w:pPr>
        <w:spacing w:after="80"/>
        <w:rPr>
          <w:rFonts w:ascii="Times New Roman" w:hAnsi="Times New Roman" w:cs="Times New Roman"/>
        </w:rPr>
      </w:pPr>
    </w:p>
    <w:p w14:paraId="59D9A5C3" w14:textId="4BB9A852" w:rsidR="00E07988" w:rsidRDefault="00000000" w:rsidP="00EB398F">
      <w:pPr>
        <w:spacing w:before="160" w:after="120"/>
        <w:rPr>
          <w:rFonts w:ascii="Times New Roman" w:hAnsi="Times New Roman" w:cs="Times New Roman"/>
          <w:b/>
          <w:sz w:val="24"/>
          <w:szCs w:val="24"/>
        </w:rPr>
      </w:pPr>
      <w:r w:rsidRPr="00872A8E">
        <w:rPr>
          <w:rFonts w:ascii="Times New Roman" w:hAnsi="Times New Roman" w:cs="Times New Roman"/>
          <w:b/>
          <w:sz w:val="24"/>
          <w:szCs w:val="24"/>
        </w:rPr>
        <w:t xml:space="preserve">Duminică, 21 septembrie 2025 – Online pe </w:t>
      </w:r>
      <w:proofErr w:type="spellStart"/>
      <w:r w:rsidRPr="00872A8E">
        <w:rPr>
          <w:rFonts w:ascii="Times New Roman" w:hAnsi="Times New Roman" w:cs="Times New Roman"/>
          <w:b/>
          <w:sz w:val="24"/>
          <w:szCs w:val="24"/>
        </w:rPr>
        <w:t>Zoom</w:t>
      </w:r>
      <w:proofErr w:type="spellEnd"/>
      <w:r w:rsidRPr="00872A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9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6"/>
      </w:tblGrid>
      <w:tr w:rsidR="00872A8E" w:rsidRPr="00AB2AF4" w14:paraId="44C70988" w14:textId="77777777" w:rsidTr="0010049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BDE9B0D" w14:textId="77777777" w:rsidR="00872A8E" w:rsidRPr="00AB2AF4" w:rsidRDefault="00872A8E" w:rsidP="0010049E">
            <w:pPr>
              <w:rPr>
                <w:b/>
                <w:bCs/>
              </w:rPr>
            </w:pPr>
            <w:proofErr w:type="spellStart"/>
            <w:r w:rsidRPr="00AB2AF4">
              <w:rPr>
                <w:b/>
                <w:bCs/>
              </w:rPr>
              <w:t>Join</w:t>
            </w:r>
            <w:proofErr w:type="spellEnd"/>
            <w:r w:rsidRPr="00AB2AF4">
              <w:rPr>
                <w:b/>
                <w:bCs/>
              </w:rPr>
              <w:t xml:space="preserve"> </w:t>
            </w:r>
            <w:proofErr w:type="spellStart"/>
            <w:r w:rsidRPr="00AB2AF4">
              <w:rPr>
                <w:b/>
                <w:bCs/>
              </w:rPr>
              <w:t>Zoom</w:t>
            </w:r>
            <w:proofErr w:type="spellEnd"/>
            <w:r w:rsidRPr="00AB2AF4">
              <w:rPr>
                <w:b/>
                <w:bCs/>
              </w:rPr>
              <w:t xml:space="preserve"> Meeting</w:t>
            </w:r>
          </w:p>
          <w:p w14:paraId="05EF34BE" w14:textId="77777777" w:rsidR="00872A8E" w:rsidRPr="00AB2AF4" w:rsidRDefault="00872A8E" w:rsidP="0010049E">
            <w:pPr>
              <w:rPr>
                <w:b/>
                <w:bCs/>
              </w:rPr>
            </w:pPr>
            <w:hyperlink r:id="rId7" w:tgtFrame="_blank" w:history="1">
              <w:r w:rsidRPr="00AB2AF4">
                <w:rPr>
                  <w:rStyle w:val="Hypertextovodkaz"/>
                  <w:b/>
                  <w:bCs/>
                </w:rPr>
                <w:t>https://us06web.zoom.us/j/82971106153?pwd=QeGarcBC0bZze774T5POgqiFyavJKa.1</w:t>
              </w:r>
            </w:hyperlink>
          </w:p>
        </w:tc>
      </w:tr>
      <w:tr w:rsidR="00872A8E" w:rsidRPr="00AB2AF4" w14:paraId="0D3A898C" w14:textId="77777777" w:rsidTr="0010049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2C57C34" w14:textId="77777777" w:rsidR="00872A8E" w:rsidRPr="00AB2AF4" w:rsidRDefault="00872A8E" w:rsidP="0010049E">
            <w:pPr>
              <w:rPr>
                <w:b/>
                <w:bCs/>
              </w:rPr>
            </w:pPr>
            <w:r w:rsidRPr="00AB2AF4">
              <w:rPr>
                <w:b/>
                <w:bCs/>
              </w:rPr>
              <w:t>Meeting ID: 829 7110 6153</w:t>
            </w:r>
          </w:p>
        </w:tc>
      </w:tr>
      <w:tr w:rsidR="00872A8E" w:rsidRPr="00AB2AF4" w14:paraId="460E09E2" w14:textId="77777777" w:rsidTr="0010049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9BB6B3F" w14:textId="77777777" w:rsidR="00872A8E" w:rsidRPr="00AB2AF4" w:rsidRDefault="00872A8E" w:rsidP="0010049E">
            <w:pPr>
              <w:rPr>
                <w:b/>
                <w:bCs/>
              </w:rPr>
            </w:pPr>
            <w:proofErr w:type="spellStart"/>
            <w:r w:rsidRPr="00AB2AF4">
              <w:rPr>
                <w:b/>
                <w:bCs/>
              </w:rPr>
              <w:t>Passcode</w:t>
            </w:r>
            <w:proofErr w:type="spellEnd"/>
            <w:r w:rsidRPr="00AB2AF4">
              <w:rPr>
                <w:b/>
                <w:bCs/>
              </w:rPr>
              <w:t>: rpk1Ei</w:t>
            </w:r>
          </w:p>
        </w:tc>
      </w:tr>
    </w:tbl>
    <w:p w14:paraId="7EB82FEA" w14:textId="77777777" w:rsidR="00872A8E" w:rsidRPr="00872A8E" w:rsidRDefault="00872A8E" w:rsidP="00EB398F">
      <w:pPr>
        <w:spacing w:before="160" w:after="120"/>
        <w:rPr>
          <w:rFonts w:ascii="Times New Roman" w:hAnsi="Times New Roman" w:cs="Times New Roman"/>
          <w:b/>
          <w:sz w:val="24"/>
          <w:szCs w:val="24"/>
        </w:rPr>
      </w:pPr>
    </w:p>
    <w:p w14:paraId="0DB90D93" w14:textId="77777777" w:rsidR="00E07988" w:rsidRPr="00727463" w:rsidRDefault="00000000" w:rsidP="00EB398F">
      <w:pPr>
        <w:spacing w:before="120" w:after="80"/>
        <w:rPr>
          <w:rFonts w:ascii="Times New Roman" w:hAnsi="Times New Roman" w:cs="Times New Roman"/>
          <w:u w:val="single"/>
        </w:rPr>
      </w:pPr>
      <w:r w:rsidRPr="00727463">
        <w:rPr>
          <w:rFonts w:ascii="Times New Roman" w:hAnsi="Times New Roman" w:cs="Times New Roman"/>
          <w:b/>
          <w:u w:val="single"/>
        </w:rPr>
        <w:t>SECTIUNEA B – Limba și literatura română – noi tendințe în domeniu</w:t>
      </w:r>
    </w:p>
    <w:p w14:paraId="0F4A6AD1" w14:textId="7D395FA5" w:rsidR="00E07988" w:rsidRPr="00EB398F" w:rsidRDefault="00000000" w:rsidP="00EB398F">
      <w:pPr>
        <w:spacing w:before="40" w:after="40"/>
        <w:rPr>
          <w:rFonts w:ascii="Times New Roman" w:hAnsi="Times New Roman" w:cs="Times New Roman"/>
          <w:b/>
          <w:bCs/>
          <w:i/>
        </w:rPr>
      </w:pPr>
      <w:r w:rsidRPr="00EB398F">
        <w:rPr>
          <w:rFonts w:ascii="Times New Roman" w:hAnsi="Times New Roman" w:cs="Times New Roman"/>
          <w:i/>
        </w:rPr>
        <w:t xml:space="preserve">Moderator: </w:t>
      </w:r>
      <w:r w:rsidRPr="00EB398F">
        <w:rPr>
          <w:rFonts w:ascii="Times New Roman" w:hAnsi="Times New Roman" w:cs="Times New Roman"/>
          <w:b/>
          <w:bCs/>
          <w:i/>
        </w:rPr>
        <w:t xml:space="preserve">Anca </w:t>
      </w:r>
      <w:proofErr w:type="spellStart"/>
      <w:r w:rsidRPr="00EB398F">
        <w:rPr>
          <w:rFonts w:ascii="Times New Roman" w:hAnsi="Times New Roman" w:cs="Times New Roman"/>
          <w:b/>
          <w:bCs/>
          <w:i/>
        </w:rPr>
        <w:t>Gâță</w:t>
      </w:r>
      <w:proofErr w:type="spellEnd"/>
      <w:r w:rsidRPr="00EB398F">
        <w:rPr>
          <w:rFonts w:ascii="Times New Roman" w:hAnsi="Times New Roman" w:cs="Times New Roman"/>
          <w:b/>
          <w:bCs/>
          <w:i/>
        </w:rPr>
        <w:t xml:space="preserve"> </w:t>
      </w:r>
    </w:p>
    <w:p w14:paraId="1379B19E" w14:textId="097F5D40" w:rsidR="008A1AED" w:rsidRPr="00EB398F" w:rsidRDefault="008A1AED" w:rsidP="00EB398F">
      <w:pPr>
        <w:spacing w:before="40" w:after="40"/>
        <w:rPr>
          <w:rFonts w:ascii="Times New Roman" w:hAnsi="Times New Roman" w:cs="Times New Roman"/>
          <w:iCs/>
        </w:rPr>
      </w:pPr>
      <w:r w:rsidRPr="00EB398F">
        <w:rPr>
          <w:rFonts w:ascii="Times New Roman" w:hAnsi="Times New Roman" w:cs="Times New Roman"/>
          <w:iCs/>
        </w:rPr>
        <w:t xml:space="preserve">9: 20 – 9:40 – </w:t>
      </w:r>
      <w:r w:rsidRPr="00EB398F">
        <w:rPr>
          <w:rFonts w:ascii="Times New Roman" w:hAnsi="Times New Roman" w:cs="Times New Roman"/>
          <w:b/>
          <w:bCs/>
        </w:rPr>
        <w:t>EMILIA IVANCU</w:t>
      </w:r>
      <w:r w:rsidRPr="00EB398F">
        <w:rPr>
          <w:rFonts w:ascii="Times New Roman" w:hAnsi="Times New Roman" w:cs="Times New Roman"/>
        </w:rPr>
        <w:t xml:space="preserve"> – </w:t>
      </w:r>
      <w:proofErr w:type="spellStart"/>
      <w:r w:rsidRPr="00EB398F">
        <w:rPr>
          <w:rFonts w:ascii="Times New Roman" w:hAnsi="Times New Roman" w:cs="Times New Roman"/>
        </w:rPr>
        <w:t>Rewriting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the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Pied</w:t>
      </w:r>
      <w:proofErr w:type="spellEnd"/>
      <w:r w:rsidRPr="00EB398F">
        <w:rPr>
          <w:rFonts w:ascii="Times New Roman" w:hAnsi="Times New Roman" w:cs="Times New Roman"/>
        </w:rPr>
        <w:t xml:space="preserve"> Piper: Cultural </w:t>
      </w:r>
      <w:proofErr w:type="spellStart"/>
      <w:r w:rsidRPr="00EB398F">
        <w:rPr>
          <w:rFonts w:ascii="Times New Roman" w:hAnsi="Times New Roman" w:cs="Times New Roman"/>
        </w:rPr>
        <w:t>Memory</w:t>
      </w:r>
      <w:proofErr w:type="spellEnd"/>
      <w:r w:rsidRPr="00EB398F">
        <w:rPr>
          <w:rFonts w:ascii="Times New Roman" w:hAnsi="Times New Roman" w:cs="Times New Roman"/>
        </w:rPr>
        <w:t xml:space="preserve">, </w:t>
      </w:r>
      <w:proofErr w:type="spellStart"/>
      <w:r w:rsidRPr="00EB398F">
        <w:rPr>
          <w:rFonts w:ascii="Times New Roman" w:hAnsi="Times New Roman" w:cs="Times New Roman"/>
        </w:rPr>
        <w:t>Identity</w:t>
      </w:r>
      <w:proofErr w:type="spellEnd"/>
      <w:r w:rsidRPr="00EB398F">
        <w:rPr>
          <w:rFonts w:ascii="Times New Roman" w:hAnsi="Times New Roman" w:cs="Times New Roman"/>
        </w:rPr>
        <w:t xml:space="preserve">, </w:t>
      </w:r>
      <w:proofErr w:type="spellStart"/>
      <w:r w:rsidRPr="00EB398F">
        <w:rPr>
          <w:rFonts w:ascii="Times New Roman" w:hAnsi="Times New Roman" w:cs="Times New Roman"/>
        </w:rPr>
        <w:t>and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the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Children</w:t>
      </w:r>
      <w:proofErr w:type="spellEnd"/>
      <w:r w:rsidRPr="00EB398F">
        <w:rPr>
          <w:rFonts w:ascii="Times New Roman" w:hAnsi="Times New Roman" w:cs="Times New Roman"/>
        </w:rPr>
        <w:t xml:space="preserve"> of </w:t>
      </w:r>
      <w:proofErr w:type="spellStart"/>
      <w:r w:rsidRPr="00EB398F">
        <w:rPr>
          <w:rFonts w:ascii="Times New Roman" w:hAnsi="Times New Roman" w:cs="Times New Roman"/>
        </w:rPr>
        <w:t>Hamelin</w:t>
      </w:r>
      <w:proofErr w:type="spellEnd"/>
    </w:p>
    <w:p w14:paraId="34F0800F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10:00 – 10:20 – </w:t>
      </w:r>
      <w:r w:rsidRPr="00EB398F">
        <w:rPr>
          <w:rFonts w:ascii="Times New Roman" w:hAnsi="Times New Roman" w:cs="Times New Roman"/>
          <w:b/>
          <w:bCs/>
        </w:rPr>
        <w:t xml:space="preserve">FLORINA-MARIA BĂCILĂ </w:t>
      </w:r>
      <w:r w:rsidRPr="00EB398F">
        <w:rPr>
          <w:rFonts w:ascii="Times New Roman" w:hAnsi="Times New Roman" w:cs="Times New Roman"/>
        </w:rPr>
        <w:t xml:space="preserve">– Repere ale spiritualității românești în poezia lui Traian </w:t>
      </w:r>
      <w:proofErr w:type="spellStart"/>
      <w:r w:rsidRPr="00EB398F">
        <w:rPr>
          <w:rFonts w:ascii="Times New Roman" w:hAnsi="Times New Roman" w:cs="Times New Roman"/>
        </w:rPr>
        <w:t>Dorz</w:t>
      </w:r>
      <w:proofErr w:type="spellEnd"/>
    </w:p>
    <w:p w14:paraId="096D98C4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10:20 – 10:40 – </w:t>
      </w:r>
      <w:r w:rsidRPr="00EB398F">
        <w:rPr>
          <w:rFonts w:ascii="Times New Roman" w:hAnsi="Times New Roman" w:cs="Times New Roman"/>
          <w:b/>
          <w:bCs/>
        </w:rPr>
        <w:t>IULIAN BĂICUȘ</w:t>
      </w:r>
      <w:r w:rsidRPr="00EB398F">
        <w:rPr>
          <w:rFonts w:ascii="Times New Roman" w:hAnsi="Times New Roman" w:cs="Times New Roman"/>
        </w:rPr>
        <w:t xml:space="preserve"> – Jules Verne și Transilvania</w:t>
      </w:r>
    </w:p>
    <w:p w14:paraId="4C8A5E76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10:40 – 11:00 – </w:t>
      </w:r>
      <w:r w:rsidRPr="00EB398F">
        <w:rPr>
          <w:rFonts w:ascii="Times New Roman" w:hAnsi="Times New Roman" w:cs="Times New Roman"/>
          <w:b/>
          <w:bCs/>
        </w:rPr>
        <w:t>ANCA GÂȚĂ</w:t>
      </w:r>
      <w:r w:rsidRPr="00EB398F">
        <w:rPr>
          <w:rFonts w:ascii="Times New Roman" w:hAnsi="Times New Roman" w:cs="Times New Roman"/>
        </w:rPr>
        <w:t xml:space="preserve"> – Glosar de termeni din domeniul teoriei argumentării</w:t>
      </w:r>
    </w:p>
    <w:p w14:paraId="7356A4B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11:00 – 11:20 – </w:t>
      </w:r>
      <w:r w:rsidRPr="00EB398F">
        <w:rPr>
          <w:rFonts w:ascii="Times New Roman" w:hAnsi="Times New Roman" w:cs="Times New Roman"/>
          <w:b/>
          <w:bCs/>
        </w:rPr>
        <w:t>COSTINEL-IULIAN PARTENIE</w:t>
      </w:r>
      <w:r w:rsidRPr="00EB398F">
        <w:rPr>
          <w:rFonts w:ascii="Times New Roman" w:hAnsi="Times New Roman" w:cs="Times New Roman"/>
        </w:rPr>
        <w:t xml:space="preserve"> – Diversitatea lexicală în Priveliștile lui Benjamin Fundoianu</w:t>
      </w:r>
    </w:p>
    <w:p w14:paraId="5DFAD8A0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11:20 – 11:40 – </w:t>
      </w:r>
      <w:r w:rsidRPr="00EB398F">
        <w:rPr>
          <w:rFonts w:ascii="Times New Roman" w:hAnsi="Times New Roman" w:cs="Times New Roman"/>
          <w:b/>
          <w:bCs/>
        </w:rPr>
        <w:t>GABRIELA GAVRIL</w:t>
      </w:r>
      <w:r w:rsidRPr="00EB398F">
        <w:rPr>
          <w:rFonts w:ascii="Times New Roman" w:hAnsi="Times New Roman" w:cs="Times New Roman"/>
        </w:rPr>
        <w:t xml:space="preserve"> – Pentru o lectură </w:t>
      </w:r>
      <w:proofErr w:type="spellStart"/>
      <w:r w:rsidRPr="00EB398F">
        <w:rPr>
          <w:rFonts w:ascii="Times New Roman" w:hAnsi="Times New Roman" w:cs="Times New Roman"/>
        </w:rPr>
        <w:t>contextualizantă</w:t>
      </w:r>
      <w:proofErr w:type="spellEnd"/>
      <w:r w:rsidRPr="00EB398F">
        <w:rPr>
          <w:rFonts w:ascii="Times New Roman" w:hAnsi="Times New Roman" w:cs="Times New Roman"/>
        </w:rPr>
        <w:t xml:space="preserve"> a literaturii din perioada comunistă. Dimensiunea politică a autonomiei esteticului</w:t>
      </w:r>
    </w:p>
    <w:p w14:paraId="70245FE7" w14:textId="77777777" w:rsidR="00776B24" w:rsidRDefault="00776B24" w:rsidP="00EB398F">
      <w:pPr>
        <w:spacing w:before="120" w:after="80"/>
        <w:rPr>
          <w:rFonts w:ascii="Times New Roman" w:hAnsi="Times New Roman" w:cs="Times New Roman"/>
          <w:b/>
          <w:u w:val="single"/>
        </w:rPr>
      </w:pPr>
    </w:p>
    <w:p w14:paraId="5258AD0B" w14:textId="77777777" w:rsidR="00776B24" w:rsidRDefault="00776B24" w:rsidP="00EB398F">
      <w:pPr>
        <w:spacing w:before="120" w:after="80"/>
        <w:rPr>
          <w:rFonts w:ascii="Times New Roman" w:hAnsi="Times New Roman" w:cs="Times New Roman"/>
          <w:b/>
          <w:u w:val="single"/>
        </w:rPr>
      </w:pPr>
    </w:p>
    <w:p w14:paraId="7B55569A" w14:textId="3E8012A9" w:rsidR="00E07988" w:rsidRPr="00727463" w:rsidRDefault="00000000" w:rsidP="00EB398F">
      <w:pPr>
        <w:spacing w:before="120" w:after="80"/>
        <w:rPr>
          <w:rFonts w:ascii="Times New Roman" w:hAnsi="Times New Roman" w:cs="Times New Roman"/>
          <w:u w:val="single"/>
        </w:rPr>
      </w:pPr>
      <w:r w:rsidRPr="00727463">
        <w:rPr>
          <w:rFonts w:ascii="Times New Roman" w:hAnsi="Times New Roman" w:cs="Times New Roman"/>
          <w:b/>
          <w:u w:val="single"/>
        </w:rPr>
        <w:t>SECTIUNEA C – Ipostaze ale traducerii artistice – tradiție și contemporaneitate</w:t>
      </w:r>
    </w:p>
    <w:p w14:paraId="13E8420B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i/>
        </w:rPr>
        <w:t xml:space="preserve">Moderatori: </w:t>
      </w:r>
      <w:r w:rsidRPr="00EB398F">
        <w:rPr>
          <w:rFonts w:ascii="Times New Roman" w:hAnsi="Times New Roman" w:cs="Times New Roman"/>
          <w:b/>
          <w:bCs/>
          <w:i/>
        </w:rPr>
        <w:t xml:space="preserve">Felix Nicolau și Cristina </w:t>
      </w:r>
      <w:proofErr w:type="spellStart"/>
      <w:r w:rsidRPr="00EB398F">
        <w:rPr>
          <w:rFonts w:ascii="Times New Roman" w:hAnsi="Times New Roman" w:cs="Times New Roman"/>
          <w:b/>
          <w:bCs/>
          <w:i/>
        </w:rPr>
        <w:t>Gogâță</w:t>
      </w:r>
      <w:proofErr w:type="spellEnd"/>
    </w:p>
    <w:p w14:paraId="503A4948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11:40 – 12:00 – </w:t>
      </w:r>
      <w:r w:rsidRPr="00EB398F">
        <w:rPr>
          <w:rFonts w:ascii="Times New Roman" w:hAnsi="Times New Roman" w:cs="Times New Roman"/>
          <w:b/>
          <w:bCs/>
        </w:rPr>
        <w:t>FELIX NICOLAU</w:t>
      </w:r>
      <w:r w:rsidRPr="00EB398F">
        <w:rPr>
          <w:rFonts w:ascii="Times New Roman" w:hAnsi="Times New Roman" w:cs="Times New Roman"/>
        </w:rPr>
        <w:t xml:space="preserve"> – Traduceri și traducători de literatură română în Spania</w:t>
      </w:r>
    </w:p>
    <w:p w14:paraId="671A2C37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12:00 – 12:20 – </w:t>
      </w:r>
      <w:r w:rsidRPr="00EB398F">
        <w:rPr>
          <w:rFonts w:ascii="Times New Roman" w:hAnsi="Times New Roman" w:cs="Times New Roman"/>
          <w:b/>
          <w:bCs/>
        </w:rPr>
        <w:t>ROXANA-MARIA PĂNESCU</w:t>
      </w:r>
      <w:r w:rsidRPr="00EB398F">
        <w:rPr>
          <w:rFonts w:ascii="Times New Roman" w:hAnsi="Times New Roman" w:cs="Times New Roman"/>
        </w:rPr>
        <w:t xml:space="preserve"> – The translator as a cultural mediator. Jan Willem Bos – </w:t>
      </w:r>
      <w:proofErr w:type="spellStart"/>
      <w:r w:rsidRPr="00EB398F">
        <w:rPr>
          <w:rFonts w:ascii="Times New Roman" w:hAnsi="Times New Roman" w:cs="Times New Roman"/>
        </w:rPr>
        <w:t>the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key</w:t>
      </w:r>
      <w:proofErr w:type="spellEnd"/>
      <w:r w:rsidRPr="00EB398F">
        <w:rPr>
          <w:rFonts w:ascii="Times New Roman" w:hAnsi="Times New Roman" w:cs="Times New Roman"/>
        </w:rPr>
        <w:t xml:space="preserve"> </w:t>
      </w:r>
      <w:proofErr w:type="spellStart"/>
      <w:r w:rsidRPr="00EB398F">
        <w:rPr>
          <w:rFonts w:ascii="Times New Roman" w:hAnsi="Times New Roman" w:cs="Times New Roman"/>
        </w:rPr>
        <w:t>figure</w:t>
      </w:r>
      <w:proofErr w:type="spellEnd"/>
      <w:r w:rsidRPr="00EB398F">
        <w:rPr>
          <w:rFonts w:ascii="Times New Roman" w:hAnsi="Times New Roman" w:cs="Times New Roman"/>
        </w:rPr>
        <w:t xml:space="preserve"> in </w:t>
      </w:r>
      <w:proofErr w:type="spellStart"/>
      <w:r w:rsidRPr="00EB398F">
        <w:rPr>
          <w:rFonts w:ascii="Times New Roman" w:hAnsi="Times New Roman" w:cs="Times New Roman"/>
        </w:rPr>
        <w:t>promoting</w:t>
      </w:r>
      <w:proofErr w:type="spellEnd"/>
      <w:r w:rsidRPr="00EB398F">
        <w:rPr>
          <w:rFonts w:ascii="Times New Roman" w:hAnsi="Times New Roman" w:cs="Times New Roman"/>
        </w:rPr>
        <w:t xml:space="preserve"> Romanian </w:t>
      </w:r>
      <w:proofErr w:type="spellStart"/>
      <w:r w:rsidRPr="00EB398F">
        <w:rPr>
          <w:rFonts w:ascii="Times New Roman" w:hAnsi="Times New Roman" w:cs="Times New Roman"/>
        </w:rPr>
        <w:t>literature</w:t>
      </w:r>
      <w:proofErr w:type="spellEnd"/>
      <w:r w:rsidRPr="00EB398F">
        <w:rPr>
          <w:rFonts w:ascii="Times New Roman" w:hAnsi="Times New Roman" w:cs="Times New Roman"/>
        </w:rPr>
        <w:t xml:space="preserve"> in Dutch</w:t>
      </w:r>
    </w:p>
    <w:p w14:paraId="721F2ABF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12:20 – 12:40 – </w:t>
      </w:r>
      <w:r w:rsidRPr="00EB398F">
        <w:rPr>
          <w:rFonts w:ascii="Times New Roman" w:hAnsi="Times New Roman" w:cs="Times New Roman"/>
          <w:b/>
          <w:bCs/>
        </w:rPr>
        <w:t>JESSICA ANDREOLI</w:t>
      </w:r>
      <w:r w:rsidRPr="00EB398F">
        <w:rPr>
          <w:rFonts w:ascii="Times New Roman" w:hAnsi="Times New Roman" w:cs="Times New Roman"/>
        </w:rPr>
        <w:t xml:space="preserve"> – Literatura română tradusă în reviste în prima jumătate a secolului al XX-lea. Un studiu de caz: Le Grandi Firme</w:t>
      </w:r>
    </w:p>
    <w:p w14:paraId="30B7C963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12:40 – 13:00 – </w:t>
      </w:r>
      <w:r w:rsidRPr="00EB398F">
        <w:rPr>
          <w:rFonts w:ascii="Times New Roman" w:hAnsi="Times New Roman" w:cs="Times New Roman"/>
          <w:b/>
          <w:bCs/>
        </w:rPr>
        <w:t>LORA NENKOVSKA</w:t>
      </w:r>
      <w:r w:rsidRPr="00EB398F">
        <w:rPr>
          <w:rFonts w:ascii="Times New Roman" w:hAnsi="Times New Roman" w:cs="Times New Roman"/>
        </w:rPr>
        <w:t xml:space="preserve"> – </w:t>
      </w:r>
      <w:proofErr w:type="spellStart"/>
      <w:r w:rsidRPr="00EB398F">
        <w:rPr>
          <w:rFonts w:ascii="Times New Roman" w:hAnsi="Times New Roman" w:cs="Times New Roman"/>
        </w:rPr>
        <w:t>Abraxas</w:t>
      </w:r>
      <w:proofErr w:type="spellEnd"/>
      <w:r w:rsidRPr="00EB398F">
        <w:rPr>
          <w:rFonts w:ascii="Times New Roman" w:hAnsi="Times New Roman" w:cs="Times New Roman"/>
        </w:rPr>
        <w:t xml:space="preserve"> sau palimpsestul memoriei</w:t>
      </w:r>
    </w:p>
    <w:p w14:paraId="15B5B94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13:00 – 13:20 – </w:t>
      </w:r>
      <w:r w:rsidRPr="00EB398F">
        <w:rPr>
          <w:rFonts w:ascii="Times New Roman" w:hAnsi="Times New Roman" w:cs="Times New Roman"/>
          <w:b/>
          <w:bCs/>
        </w:rPr>
        <w:t>ADRIAN MUREȘAN</w:t>
      </w:r>
      <w:r w:rsidRPr="00EB398F">
        <w:rPr>
          <w:rFonts w:ascii="Times New Roman" w:hAnsi="Times New Roman" w:cs="Times New Roman"/>
        </w:rPr>
        <w:t xml:space="preserve"> – Theodoros între epopee postmodernă și parabolă subversivă: o lectură critică în oglinda traducerii</w:t>
      </w:r>
    </w:p>
    <w:p w14:paraId="578B319C" w14:textId="63CB9710" w:rsidR="00A81FD3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13:20 – 13:50 – </w:t>
      </w:r>
      <w:r w:rsidR="00FA535F">
        <w:rPr>
          <w:rFonts w:ascii="Times New Roman" w:hAnsi="Times New Roman" w:cs="Times New Roman"/>
          <w:b/>
          <w:bCs/>
        </w:rPr>
        <w:t xml:space="preserve">ALEXANDRU ISTRATE </w:t>
      </w:r>
      <w:r w:rsidR="00A81FD3" w:rsidRPr="00EB398F">
        <w:rPr>
          <w:rFonts w:ascii="Times New Roman" w:hAnsi="Times New Roman" w:cs="Times New Roman"/>
        </w:rPr>
        <w:t xml:space="preserve">– </w:t>
      </w:r>
      <w:r w:rsidR="00FA535F" w:rsidRPr="00FA535F">
        <w:rPr>
          <w:rFonts w:ascii="Times New Roman" w:hAnsi="Times New Roman" w:cs="Times New Roman"/>
        </w:rPr>
        <w:t>Rezonanța și semnificațiile  însemnărilor de călătorie în literatura română din ultimele decenii.</w:t>
      </w:r>
    </w:p>
    <w:p w14:paraId="4C2E6A0E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13:50 – 14:10 – </w:t>
      </w:r>
      <w:r w:rsidRPr="00EB398F">
        <w:rPr>
          <w:rFonts w:ascii="Times New Roman" w:hAnsi="Times New Roman" w:cs="Times New Roman"/>
          <w:b/>
          <w:bCs/>
        </w:rPr>
        <w:t>CRISTINA-ELENA GOGÂȚĂ</w:t>
      </w:r>
      <w:r w:rsidRPr="00EB398F">
        <w:rPr>
          <w:rFonts w:ascii="Times New Roman" w:hAnsi="Times New Roman" w:cs="Times New Roman"/>
        </w:rPr>
        <w:t xml:space="preserve"> – Provocări în traducerea literaturii pentru copii – cum traducem reprezentările spațio-temporale, aproximările și comparațiile. Studiu de caz: Pinocchio</w:t>
      </w:r>
    </w:p>
    <w:p w14:paraId="2BA77FDE" w14:textId="1D172B03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14:10 – 14:30 – </w:t>
      </w:r>
      <w:r w:rsidRPr="00EB398F">
        <w:rPr>
          <w:rFonts w:ascii="Times New Roman" w:hAnsi="Times New Roman" w:cs="Times New Roman"/>
          <w:b/>
          <w:bCs/>
        </w:rPr>
        <w:t>ROMANIȚA CONSTANTINESCU</w:t>
      </w:r>
      <w:r w:rsidRPr="00EB398F">
        <w:rPr>
          <w:rFonts w:ascii="Times New Roman" w:hAnsi="Times New Roman" w:cs="Times New Roman"/>
        </w:rPr>
        <w:t xml:space="preserve"> – Traduceri metrice în limba germană din lirica lui  Mihai Eminescu </w:t>
      </w:r>
    </w:p>
    <w:p w14:paraId="53E126E3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14:30 – 14:50 – </w:t>
      </w:r>
      <w:r w:rsidRPr="00EB398F">
        <w:rPr>
          <w:rFonts w:ascii="Times New Roman" w:hAnsi="Times New Roman" w:cs="Times New Roman"/>
          <w:b/>
          <w:bCs/>
        </w:rPr>
        <w:t>ALEXANDRA VRANCEANU</w:t>
      </w:r>
      <w:r w:rsidRPr="00EB398F">
        <w:rPr>
          <w:rFonts w:ascii="Times New Roman" w:hAnsi="Times New Roman" w:cs="Times New Roman"/>
        </w:rPr>
        <w:t xml:space="preserve"> – De la traducere la autotraducere: scriitorii români exilați și circulația valorilor naționale</w:t>
      </w:r>
    </w:p>
    <w:p w14:paraId="7F9DB7FD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14:50 – 15:10 – </w:t>
      </w:r>
      <w:r w:rsidRPr="00EB398F">
        <w:rPr>
          <w:rFonts w:ascii="Times New Roman" w:hAnsi="Times New Roman" w:cs="Times New Roman"/>
          <w:b/>
          <w:bCs/>
        </w:rPr>
        <w:t>ADRIANA IEREMCIUC</w:t>
      </w:r>
      <w:r w:rsidRPr="00EB398F">
        <w:rPr>
          <w:rFonts w:ascii="Times New Roman" w:hAnsi="Times New Roman" w:cs="Times New Roman"/>
        </w:rPr>
        <w:t xml:space="preserve"> – Transferul comunicării implicite. Nonverbalul și </w:t>
      </w:r>
      <w:proofErr w:type="spellStart"/>
      <w:r w:rsidRPr="00EB398F">
        <w:rPr>
          <w:rFonts w:ascii="Times New Roman" w:hAnsi="Times New Roman" w:cs="Times New Roman"/>
        </w:rPr>
        <w:t>paraverbalul</w:t>
      </w:r>
      <w:proofErr w:type="spellEnd"/>
      <w:r w:rsidRPr="00EB398F">
        <w:rPr>
          <w:rFonts w:ascii="Times New Roman" w:hAnsi="Times New Roman" w:cs="Times New Roman"/>
        </w:rPr>
        <w:t xml:space="preserve"> în textele lui Colette traduse în limba română</w:t>
      </w:r>
    </w:p>
    <w:p w14:paraId="60A869D5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15:10 – 15:30 – </w:t>
      </w:r>
      <w:r w:rsidRPr="00EB398F">
        <w:rPr>
          <w:rFonts w:ascii="Times New Roman" w:hAnsi="Times New Roman" w:cs="Times New Roman"/>
          <w:b/>
          <w:bCs/>
        </w:rPr>
        <w:t>Pauză</w:t>
      </w:r>
    </w:p>
    <w:p w14:paraId="37F0F336" w14:textId="6384FE38" w:rsidR="00E07988" w:rsidRPr="00727463" w:rsidRDefault="00000000" w:rsidP="00EB398F">
      <w:pPr>
        <w:spacing w:before="120" w:after="80"/>
        <w:rPr>
          <w:rFonts w:ascii="Times New Roman" w:hAnsi="Times New Roman" w:cs="Times New Roman"/>
          <w:u w:val="single"/>
          <w:lang w:val="fr-FR"/>
        </w:rPr>
      </w:pPr>
      <w:r w:rsidRPr="00727463">
        <w:rPr>
          <w:rFonts w:ascii="Times New Roman" w:hAnsi="Times New Roman" w:cs="Times New Roman"/>
          <w:b/>
          <w:u w:val="single"/>
        </w:rPr>
        <w:t>SECTIUNEA D – Cultura română în secolul al XXI-lea și promovarea ei în lume</w:t>
      </w:r>
      <w:r w:rsidR="00376261" w:rsidRPr="00727463">
        <w:rPr>
          <w:rFonts w:ascii="Times New Roman" w:hAnsi="Times New Roman" w:cs="Times New Roman"/>
          <w:b/>
          <w:u w:val="single"/>
        </w:rPr>
        <w:t xml:space="preserve"> / RLS</w:t>
      </w:r>
    </w:p>
    <w:p w14:paraId="31AF287F" w14:textId="032E17C3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  <w:i/>
        </w:rPr>
        <w:t xml:space="preserve">Moderator: </w:t>
      </w:r>
      <w:r w:rsidRPr="00EB398F">
        <w:rPr>
          <w:rFonts w:ascii="Times New Roman" w:hAnsi="Times New Roman" w:cs="Times New Roman"/>
          <w:b/>
          <w:bCs/>
          <w:i/>
        </w:rPr>
        <w:t xml:space="preserve">Monica Huțanu </w:t>
      </w:r>
    </w:p>
    <w:p w14:paraId="27B16DB9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15:30 – 15:50 – </w:t>
      </w:r>
      <w:r w:rsidRPr="00EB398F">
        <w:rPr>
          <w:rFonts w:ascii="Times New Roman" w:hAnsi="Times New Roman" w:cs="Times New Roman"/>
          <w:b/>
          <w:bCs/>
        </w:rPr>
        <w:t>IUDIT CĂLINESCU</w:t>
      </w:r>
      <w:r w:rsidRPr="00EB398F">
        <w:rPr>
          <w:rFonts w:ascii="Times New Roman" w:hAnsi="Times New Roman" w:cs="Times New Roman"/>
        </w:rPr>
        <w:t xml:space="preserve"> – Mari povestitori români din Ungaria, în cercetările lui Alexandru </w:t>
      </w:r>
      <w:proofErr w:type="spellStart"/>
      <w:r w:rsidRPr="00EB398F">
        <w:rPr>
          <w:rFonts w:ascii="Times New Roman" w:hAnsi="Times New Roman" w:cs="Times New Roman"/>
        </w:rPr>
        <w:t>Hoțopan</w:t>
      </w:r>
      <w:proofErr w:type="spellEnd"/>
      <w:r w:rsidRPr="00EB398F">
        <w:rPr>
          <w:rFonts w:ascii="Times New Roman" w:hAnsi="Times New Roman" w:cs="Times New Roman"/>
        </w:rPr>
        <w:t xml:space="preserve"> și Domokos Sámuel</w:t>
      </w:r>
    </w:p>
    <w:p w14:paraId="5CCB2706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15:50 – 16:10 – </w:t>
      </w:r>
      <w:r w:rsidRPr="00EB398F">
        <w:rPr>
          <w:rFonts w:ascii="Times New Roman" w:hAnsi="Times New Roman" w:cs="Times New Roman"/>
          <w:b/>
          <w:bCs/>
        </w:rPr>
        <w:t>OLIVIA-CARMEN ȚÎRLEA</w:t>
      </w:r>
      <w:r w:rsidRPr="00EB398F">
        <w:rPr>
          <w:rFonts w:ascii="Times New Roman" w:hAnsi="Times New Roman" w:cs="Times New Roman"/>
        </w:rPr>
        <w:t xml:space="preserve"> – </w:t>
      </w:r>
      <w:proofErr w:type="spellStart"/>
      <w:r w:rsidRPr="00EB398F">
        <w:rPr>
          <w:rFonts w:ascii="Times New Roman" w:hAnsi="Times New Roman" w:cs="Times New Roman"/>
        </w:rPr>
        <w:t>Lexicultureme</w:t>
      </w:r>
      <w:proofErr w:type="spellEnd"/>
      <w:r w:rsidRPr="00EB398F">
        <w:rPr>
          <w:rFonts w:ascii="Times New Roman" w:hAnsi="Times New Roman" w:cs="Times New Roman"/>
        </w:rPr>
        <w:t xml:space="preserve"> gastronomice românești de ieri și de azi</w:t>
      </w:r>
    </w:p>
    <w:p w14:paraId="78A502B1" w14:textId="74617F13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16:10 – 16:30 </w:t>
      </w:r>
    </w:p>
    <w:p w14:paraId="6D65479E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16:30 – 16:50 – </w:t>
      </w:r>
      <w:r w:rsidRPr="00EB398F">
        <w:rPr>
          <w:rFonts w:ascii="Times New Roman" w:hAnsi="Times New Roman" w:cs="Times New Roman"/>
          <w:b/>
          <w:bCs/>
        </w:rPr>
        <w:t>MONICA HUȚANU</w:t>
      </w:r>
      <w:r w:rsidRPr="00EB398F">
        <w:rPr>
          <w:rFonts w:ascii="Times New Roman" w:hAnsi="Times New Roman" w:cs="Times New Roman"/>
        </w:rPr>
        <w:t xml:space="preserve"> – Reprezentări cinematice ale comunității românofone din Serbia de est</w:t>
      </w:r>
    </w:p>
    <w:p w14:paraId="61797A66" w14:textId="77777777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 xml:space="preserve">16:50 – 17:10 – </w:t>
      </w:r>
      <w:r w:rsidRPr="00EB398F">
        <w:rPr>
          <w:rFonts w:ascii="Times New Roman" w:hAnsi="Times New Roman" w:cs="Times New Roman"/>
          <w:b/>
          <w:bCs/>
        </w:rPr>
        <w:t>DIANA FLORENTINA POPESCU</w:t>
      </w:r>
      <w:r w:rsidRPr="00EB398F">
        <w:rPr>
          <w:rFonts w:ascii="Times New Roman" w:hAnsi="Times New Roman" w:cs="Times New Roman"/>
        </w:rPr>
        <w:t xml:space="preserve"> – </w:t>
      </w:r>
      <w:proofErr w:type="spellStart"/>
      <w:r w:rsidRPr="00EB398F">
        <w:rPr>
          <w:rFonts w:ascii="Times New Roman" w:hAnsi="Times New Roman" w:cs="Times New Roman"/>
        </w:rPr>
        <w:t>Szczygieł</w:t>
      </w:r>
      <w:proofErr w:type="spellEnd"/>
      <w:r w:rsidRPr="00EB398F">
        <w:rPr>
          <w:rFonts w:ascii="Times New Roman" w:hAnsi="Times New Roman" w:cs="Times New Roman"/>
        </w:rPr>
        <w:t xml:space="preserve"> și </w:t>
      </w:r>
      <w:proofErr w:type="spellStart"/>
      <w:r w:rsidRPr="00EB398F">
        <w:rPr>
          <w:rFonts w:ascii="Times New Roman" w:hAnsi="Times New Roman" w:cs="Times New Roman"/>
        </w:rPr>
        <w:t>CehoMania</w:t>
      </w:r>
      <w:proofErr w:type="spellEnd"/>
      <w:r w:rsidRPr="00EB398F">
        <w:rPr>
          <w:rFonts w:ascii="Times New Roman" w:hAnsi="Times New Roman" w:cs="Times New Roman"/>
        </w:rPr>
        <w:t>: o poveste de iubire culturală</w:t>
      </w:r>
    </w:p>
    <w:p w14:paraId="0C597A97" w14:textId="2FE5A2D4" w:rsidR="00E07988" w:rsidRPr="00EB398F" w:rsidRDefault="00000000" w:rsidP="00EB398F">
      <w:pPr>
        <w:spacing w:before="40" w:after="40"/>
        <w:rPr>
          <w:rFonts w:ascii="Times New Roman" w:hAnsi="Times New Roman" w:cs="Times New Roman"/>
        </w:rPr>
      </w:pPr>
      <w:r w:rsidRPr="00EB398F">
        <w:rPr>
          <w:rFonts w:ascii="Times New Roman" w:hAnsi="Times New Roman" w:cs="Times New Roman"/>
        </w:rPr>
        <w:t>17</w:t>
      </w:r>
      <w:r w:rsidR="0031179F" w:rsidRPr="00EB398F">
        <w:rPr>
          <w:rFonts w:ascii="Times New Roman" w:hAnsi="Times New Roman" w:cs="Times New Roman"/>
        </w:rPr>
        <w:t>:</w:t>
      </w:r>
      <w:r w:rsidRPr="00EB398F">
        <w:rPr>
          <w:rFonts w:ascii="Times New Roman" w:hAnsi="Times New Roman" w:cs="Times New Roman"/>
        </w:rPr>
        <w:t>10</w:t>
      </w:r>
      <w:r w:rsidR="0031179F" w:rsidRPr="00EB398F">
        <w:rPr>
          <w:rFonts w:ascii="Times New Roman" w:hAnsi="Times New Roman" w:cs="Times New Roman"/>
        </w:rPr>
        <w:t xml:space="preserve"> – </w:t>
      </w:r>
      <w:r w:rsidRPr="00EB398F">
        <w:rPr>
          <w:rFonts w:ascii="Times New Roman" w:hAnsi="Times New Roman" w:cs="Times New Roman"/>
          <w:bCs/>
        </w:rPr>
        <w:t>17</w:t>
      </w:r>
      <w:r w:rsidR="0031179F" w:rsidRPr="00EB398F">
        <w:rPr>
          <w:rFonts w:ascii="Times New Roman" w:hAnsi="Times New Roman" w:cs="Times New Roman"/>
          <w:bCs/>
        </w:rPr>
        <w:t>:</w:t>
      </w:r>
      <w:bookmarkStart w:id="10" w:name="_Hlk206693410"/>
      <w:r w:rsidRPr="00EB398F">
        <w:rPr>
          <w:rFonts w:ascii="Times New Roman" w:hAnsi="Times New Roman" w:cs="Times New Roman"/>
          <w:bCs/>
        </w:rPr>
        <w:t xml:space="preserve">30 – </w:t>
      </w:r>
      <w:r w:rsidRPr="00EB398F">
        <w:rPr>
          <w:rFonts w:ascii="Times New Roman" w:hAnsi="Times New Roman" w:cs="Times New Roman"/>
          <w:b/>
        </w:rPr>
        <w:t>NICOLAE ADRIAN HENȚ</w:t>
      </w:r>
      <w:r w:rsidRPr="00EB398F">
        <w:rPr>
          <w:rFonts w:ascii="Times New Roman" w:hAnsi="Times New Roman" w:cs="Times New Roman"/>
        </w:rPr>
        <w:t xml:space="preserve"> – </w:t>
      </w:r>
      <w:r w:rsidRPr="00EB398F">
        <w:rPr>
          <w:rFonts w:ascii="Times New Roman" w:hAnsi="Times New Roman" w:cs="Times New Roman"/>
          <w:bCs/>
        </w:rPr>
        <w:t>Corpusuri multilingve și analiza erorilor în predarea limbii române ca limbă străină”</w:t>
      </w:r>
    </w:p>
    <w:p w14:paraId="4753932A" w14:textId="40481F1B" w:rsidR="0031179F" w:rsidRDefault="0031179F" w:rsidP="00EB398F">
      <w:pPr>
        <w:spacing w:before="40" w:after="40"/>
        <w:rPr>
          <w:rFonts w:ascii="Times New Roman" w:hAnsi="Times New Roman" w:cs="Times New Roman"/>
          <w:bCs/>
        </w:rPr>
      </w:pPr>
      <w:bookmarkStart w:id="11" w:name="_Hlk208676162"/>
      <w:bookmarkEnd w:id="10"/>
      <w:r w:rsidRPr="00EB398F">
        <w:rPr>
          <w:rFonts w:ascii="Times New Roman" w:hAnsi="Times New Roman" w:cs="Times New Roman"/>
          <w:bCs/>
        </w:rPr>
        <w:t>17:30 – 17:50</w:t>
      </w:r>
      <w:r w:rsidR="00825A87" w:rsidRPr="00EB398F">
        <w:rPr>
          <w:rFonts w:ascii="Times New Roman" w:hAnsi="Times New Roman" w:cs="Times New Roman"/>
          <w:bCs/>
        </w:rPr>
        <w:t xml:space="preserve">  </w:t>
      </w:r>
      <w:bookmarkEnd w:id="11"/>
      <w:r w:rsidR="00825A87" w:rsidRPr="00EB398F">
        <w:rPr>
          <w:rFonts w:ascii="Times New Roman" w:hAnsi="Times New Roman" w:cs="Times New Roman"/>
          <w:bCs/>
        </w:rPr>
        <w:t xml:space="preserve">– </w:t>
      </w:r>
      <w:r w:rsidR="00825A87" w:rsidRPr="00EB398F">
        <w:rPr>
          <w:rFonts w:ascii="Times New Roman" w:hAnsi="Times New Roman" w:cs="Times New Roman"/>
          <w:b/>
        </w:rPr>
        <w:t>IOANA JIEANU</w:t>
      </w:r>
      <w:r w:rsidR="00825A87" w:rsidRPr="00EB398F">
        <w:rPr>
          <w:rFonts w:ascii="Times New Roman" w:hAnsi="Times New Roman" w:cs="Times New Roman"/>
        </w:rPr>
        <w:t xml:space="preserve"> –</w:t>
      </w:r>
      <w:r w:rsidR="00825A87" w:rsidRPr="00EB398F">
        <w:rPr>
          <w:rFonts w:ascii="Times New Roman" w:hAnsi="Times New Roman" w:cs="Times New Roman"/>
          <w:bCs/>
        </w:rPr>
        <w:t xml:space="preserve"> Româna ca limbă străină din perspectivă </w:t>
      </w:r>
      <w:proofErr w:type="spellStart"/>
      <w:r w:rsidR="00825A87" w:rsidRPr="00EB398F">
        <w:rPr>
          <w:rFonts w:ascii="Times New Roman" w:hAnsi="Times New Roman" w:cs="Times New Roman"/>
          <w:bCs/>
        </w:rPr>
        <w:t>geragogică</w:t>
      </w:r>
      <w:proofErr w:type="spellEnd"/>
    </w:p>
    <w:p w14:paraId="475E0F0A" w14:textId="35E74599" w:rsidR="00033C9B" w:rsidRPr="00033C9B" w:rsidRDefault="00033C9B" w:rsidP="00EB398F">
      <w:pPr>
        <w:spacing w:before="40" w:after="40"/>
        <w:rPr>
          <w:rFonts w:ascii="Times New Roman" w:hAnsi="Times New Roman" w:cs="Times New Roman"/>
          <w:bCs/>
          <w:lang w:val="en-GB"/>
        </w:rPr>
      </w:pPr>
      <w:r w:rsidRPr="00033C9B">
        <w:rPr>
          <w:rFonts w:ascii="Times New Roman" w:hAnsi="Times New Roman" w:cs="Times New Roman"/>
          <w:bCs/>
        </w:rPr>
        <w:t>17:</w:t>
      </w:r>
      <w:r>
        <w:rPr>
          <w:rFonts w:ascii="Times New Roman" w:hAnsi="Times New Roman" w:cs="Times New Roman"/>
          <w:bCs/>
        </w:rPr>
        <w:t>5</w:t>
      </w:r>
      <w:r w:rsidRPr="00033C9B">
        <w:rPr>
          <w:rFonts w:ascii="Times New Roman" w:hAnsi="Times New Roman" w:cs="Times New Roman"/>
          <w:bCs/>
        </w:rPr>
        <w:t>0 – 1</w:t>
      </w:r>
      <w:r>
        <w:rPr>
          <w:rFonts w:ascii="Times New Roman" w:hAnsi="Times New Roman" w:cs="Times New Roman"/>
          <w:bCs/>
        </w:rPr>
        <w:t>8</w:t>
      </w:r>
      <w:r w:rsidRPr="00033C9B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>1</w:t>
      </w:r>
      <w:r w:rsidRPr="00033C9B">
        <w:rPr>
          <w:rFonts w:ascii="Times New Roman" w:hAnsi="Times New Roman" w:cs="Times New Roman"/>
          <w:bCs/>
        </w:rPr>
        <w:t xml:space="preserve">0 </w:t>
      </w:r>
      <w:r>
        <w:rPr>
          <w:rFonts w:ascii="Times New Roman" w:hAnsi="Times New Roman" w:cs="Times New Roman"/>
          <w:bCs/>
        </w:rPr>
        <w:t xml:space="preserve">– </w:t>
      </w:r>
      <w:r w:rsidRPr="00033C9B">
        <w:rPr>
          <w:rFonts w:ascii="Times New Roman" w:hAnsi="Times New Roman" w:cs="Times New Roman"/>
          <w:b/>
        </w:rPr>
        <w:t>AURORA MARTIN</w:t>
      </w:r>
      <w:r>
        <w:rPr>
          <w:rFonts w:ascii="Times New Roman" w:hAnsi="Times New Roman" w:cs="Times New Roman"/>
          <w:bCs/>
        </w:rPr>
        <w:t xml:space="preserve"> – </w:t>
      </w:r>
      <w:r w:rsidR="00782933" w:rsidRPr="00782933">
        <w:rPr>
          <w:rFonts w:ascii="Times New Roman" w:hAnsi="Times New Roman" w:cs="Times New Roman"/>
          <w:bCs/>
        </w:rPr>
        <w:t xml:space="preserve">Receptarea scrierilor Dorei </w:t>
      </w:r>
      <w:proofErr w:type="spellStart"/>
      <w:r w:rsidR="00782933" w:rsidRPr="00782933">
        <w:rPr>
          <w:rFonts w:ascii="Times New Roman" w:hAnsi="Times New Roman" w:cs="Times New Roman"/>
          <w:bCs/>
        </w:rPr>
        <w:t>D'Istria</w:t>
      </w:r>
      <w:proofErr w:type="spellEnd"/>
      <w:r w:rsidR="00782933" w:rsidRPr="00782933">
        <w:rPr>
          <w:rFonts w:ascii="Times New Roman" w:hAnsi="Times New Roman" w:cs="Times New Roman"/>
          <w:bCs/>
        </w:rPr>
        <w:t xml:space="preserve"> în România și Italia</w:t>
      </w:r>
    </w:p>
    <w:p w14:paraId="576844F5" w14:textId="77777777" w:rsidR="00033C9B" w:rsidRDefault="00033C9B" w:rsidP="00EB398F">
      <w:pPr>
        <w:spacing w:before="40" w:after="40"/>
        <w:rPr>
          <w:rFonts w:ascii="Times New Roman" w:hAnsi="Times New Roman" w:cs="Times New Roman"/>
          <w:bCs/>
        </w:rPr>
      </w:pPr>
    </w:p>
    <w:p w14:paraId="4DAF777E" w14:textId="77777777" w:rsidR="00033C9B" w:rsidRDefault="00033C9B" w:rsidP="00EB398F">
      <w:pPr>
        <w:spacing w:before="40" w:after="40"/>
        <w:rPr>
          <w:rFonts w:ascii="Times New Roman" w:hAnsi="Times New Roman" w:cs="Times New Roman"/>
          <w:bCs/>
        </w:rPr>
      </w:pPr>
    </w:p>
    <w:p w14:paraId="5C409221" w14:textId="77777777" w:rsidR="00033C9B" w:rsidRDefault="00033C9B" w:rsidP="00EB398F">
      <w:pPr>
        <w:spacing w:before="40" w:after="40"/>
        <w:rPr>
          <w:rFonts w:ascii="Times New Roman" w:hAnsi="Times New Roman" w:cs="Times New Roman"/>
          <w:bCs/>
        </w:rPr>
      </w:pPr>
    </w:p>
    <w:p w14:paraId="4C2EA9F1" w14:textId="7F515F66" w:rsidR="00AF26EB" w:rsidRPr="00EB398F" w:rsidRDefault="00AF26EB" w:rsidP="00EB398F">
      <w:pPr>
        <w:spacing w:before="40" w:after="40"/>
        <w:rPr>
          <w:rFonts w:ascii="Times New Roman" w:hAnsi="Times New Roman" w:cs="Times New Roman"/>
          <w:bCs/>
        </w:rPr>
      </w:pPr>
    </w:p>
    <w:p w14:paraId="5FC0BD08" w14:textId="77777777" w:rsidR="00E07988" w:rsidRPr="00EB398F" w:rsidRDefault="00E07988" w:rsidP="00EB398F">
      <w:pPr>
        <w:spacing w:after="80"/>
        <w:rPr>
          <w:rFonts w:ascii="Times New Roman" w:hAnsi="Times New Roman" w:cs="Times New Roman"/>
        </w:rPr>
      </w:pPr>
    </w:p>
    <w:sectPr w:rsidR="00E07988" w:rsidRPr="00EB398F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8F0631"/>
    <w:multiLevelType w:val="hybridMultilevel"/>
    <w:tmpl w:val="85208F14"/>
    <w:lvl w:ilvl="0" w:tplc="D084ECE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779972">
    <w:abstractNumId w:val="8"/>
  </w:num>
  <w:num w:numId="2" w16cid:durableId="1873879081">
    <w:abstractNumId w:val="6"/>
  </w:num>
  <w:num w:numId="3" w16cid:durableId="10959176">
    <w:abstractNumId w:val="5"/>
  </w:num>
  <w:num w:numId="4" w16cid:durableId="356927435">
    <w:abstractNumId w:val="4"/>
  </w:num>
  <w:num w:numId="5" w16cid:durableId="1285841649">
    <w:abstractNumId w:val="7"/>
  </w:num>
  <w:num w:numId="6" w16cid:durableId="1184978629">
    <w:abstractNumId w:val="3"/>
  </w:num>
  <w:num w:numId="7" w16cid:durableId="520433701">
    <w:abstractNumId w:val="2"/>
  </w:num>
  <w:num w:numId="8" w16cid:durableId="1971857900">
    <w:abstractNumId w:val="1"/>
  </w:num>
  <w:num w:numId="9" w16cid:durableId="1697997703">
    <w:abstractNumId w:val="0"/>
  </w:num>
  <w:num w:numId="10" w16cid:durableId="13397734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C9B"/>
    <w:rsid w:val="00033D75"/>
    <w:rsid w:val="00034616"/>
    <w:rsid w:val="0003687C"/>
    <w:rsid w:val="0006063C"/>
    <w:rsid w:val="000B1886"/>
    <w:rsid w:val="000D78EB"/>
    <w:rsid w:val="000F3006"/>
    <w:rsid w:val="00146376"/>
    <w:rsid w:val="00147336"/>
    <w:rsid w:val="0015074B"/>
    <w:rsid w:val="00161661"/>
    <w:rsid w:val="00164FB6"/>
    <w:rsid w:val="001947AC"/>
    <w:rsid w:val="001A345C"/>
    <w:rsid w:val="001C0FD7"/>
    <w:rsid w:val="001E1768"/>
    <w:rsid w:val="00202D49"/>
    <w:rsid w:val="0022193C"/>
    <w:rsid w:val="00227DDA"/>
    <w:rsid w:val="00273C97"/>
    <w:rsid w:val="0029639D"/>
    <w:rsid w:val="002A5030"/>
    <w:rsid w:val="002E4EDD"/>
    <w:rsid w:val="003048F6"/>
    <w:rsid w:val="0031179F"/>
    <w:rsid w:val="00326F90"/>
    <w:rsid w:val="0033160E"/>
    <w:rsid w:val="003712D7"/>
    <w:rsid w:val="00375C3D"/>
    <w:rsid w:val="00376261"/>
    <w:rsid w:val="0038339D"/>
    <w:rsid w:val="003967CF"/>
    <w:rsid w:val="003C2D94"/>
    <w:rsid w:val="003D5938"/>
    <w:rsid w:val="00410795"/>
    <w:rsid w:val="00462B98"/>
    <w:rsid w:val="004648A3"/>
    <w:rsid w:val="004651BF"/>
    <w:rsid w:val="004868B3"/>
    <w:rsid w:val="004A30A8"/>
    <w:rsid w:val="004A783E"/>
    <w:rsid w:val="004E7967"/>
    <w:rsid w:val="004F45F8"/>
    <w:rsid w:val="00515ACE"/>
    <w:rsid w:val="00546100"/>
    <w:rsid w:val="0054630A"/>
    <w:rsid w:val="005914E1"/>
    <w:rsid w:val="00595933"/>
    <w:rsid w:val="005C21CE"/>
    <w:rsid w:val="00601515"/>
    <w:rsid w:val="00610013"/>
    <w:rsid w:val="0062666E"/>
    <w:rsid w:val="00633620"/>
    <w:rsid w:val="006546F0"/>
    <w:rsid w:val="006A0935"/>
    <w:rsid w:val="006A46DC"/>
    <w:rsid w:val="006B7A06"/>
    <w:rsid w:val="006C5A18"/>
    <w:rsid w:val="006D025C"/>
    <w:rsid w:val="00711E4B"/>
    <w:rsid w:val="00727463"/>
    <w:rsid w:val="00775292"/>
    <w:rsid w:val="00776B24"/>
    <w:rsid w:val="00782933"/>
    <w:rsid w:val="007971F8"/>
    <w:rsid w:val="007A725D"/>
    <w:rsid w:val="007D6638"/>
    <w:rsid w:val="007D6B6E"/>
    <w:rsid w:val="007E320E"/>
    <w:rsid w:val="007F09CC"/>
    <w:rsid w:val="007F5859"/>
    <w:rsid w:val="007F6519"/>
    <w:rsid w:val="00825A87"/>
    <w:rsid w:val="00830F27"/>
    <w:rsid w:val="00833874"/>
    <w:rsid w:val="008565BC"/>
    <w:rsid w:val="00872A8E"/>
    <w:rsid w:val="008A19E2"/>
    <w:rsid w:val="008A1AED"/>
    <w:rsid w:val="008B1B2D"/>
    <w:rsid w:val="008B33EE"/>
    <w:rsid w:val="008C2E5B"/>
    <w:rsid w:val="009322F1"/>
    <w:rsid w:val="00961404"/>
    <w:rsid w:val="0098537E"/>
    <w:rsid w:val="00992A87"/>
    <w:rsid w:val="009A1726"/>
    <w:rsid w:val="009E455B"/>
    <w:rsid w:val="009E4FF3"/>
    <w:rsid w:val="00A16BEA"/>
    <w:rsid w:val="00A16E1C"/>
    <w:rsid w:val="00A2633A"/>
    <w:rsid w:val="00A40AEC"/>
    <w:rsid w:val="00A601DC"/>
    <w:rsid w:val="00A651EB"/>
    <w:rsid w:val="00A774D6"/>
    <w:rsid w:val="00A806AE"/>
    <w:rsid w:val="00A81FD3"/>
    <w:rsid w:val="00AA1D8D"/>
    <w:rsid w:val="00AF26EB"/>
    <w:rsid w:val="00B0491E"/>
    <w:rsid w:val="00B47730"/>
    <w:rsid w:val="00B60458"/>
    <w:rsid w:val="00B83B88"/>
    <w:rsid w:val="00B95292"/>
    <w:rsid w:val="00BE62EA"/>
    <w:rsid w:val="00C10011"/>
    <w:rsid w:val="00C25552"/>
    <w:rsid w:val="00C33BB6"/>
    <w:rsid w:val="00C61B3C"/>
    <w:rsid w:val="00CB0664"/>
    <w:rsid w:val="00CB06C8"/>
    <w:rsid w:val="00CD39BD"/>
    <w:rsid w:val="00CF6970"/>
    <w:rsid w:val="00CF7FCD"/>
    <w:rsid w:val="00D0135D"/>
    <w:rsid w:val="00D4044A"/>
    <w:rsid w:val="00DA2DAA"/>
    <w:rsid w:val="00DB1B8B"/>
    <w:rsid w:val="00DF1A57"/>
    <w:rsid w:val="00DF7553"/>
    <w:rsid w:val="00E07988"/>
    <w:rsid w:val="00E17111"/>
    <w:rsid w:val="00E17463"/>
    <w:rsid w:val="00E455B4"/>
    <w:rsid w:val="00E53676"/>
    <w:rsid w:val="00E822CF"/>
    <w:rsid w:val="00EB398F"/>
    <w:rsid w:val="00EC6617"/>
    <w:rsid w:val="00ED52A7"/>
    <w:rsid w:val="00EF4AF6"/>
    <w:rsid w:val="00F0603C"/>
    <w:rsid w:val="00F1075F"/>
    <w:rsid w:val="00F2243D"/>
    <w:rsid w:val="00F25632"/>
    <w:rsid w:val="00F31160"/>
    <w:rsid w:val="00F74C5C"/>
    <w:rsid w:val="00FA535F"/>
    <w:rsid w:val="00FC693F"/>
    <w:rsid w:val="00FD0DA9"/>
    <w:rsid w:val="00FE3483"/>
    <w:rsid w:val="00FE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74446"/>
  <w14:defaultImageDpi w14:val="300"/>
  <w15:docId w15:val="{594FFE11-43AE-401C-BB76-382D8582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4EDD"/>
    <w:rPr>
      <w:lang w:val="ro-RO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7F58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6web.zoom.us/j/82971106153?pwd=QeGarcBC0bZze774T5POgqiFyavJKa.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j/82971106153?pwd=QeGarcBC0bZze774T5POgqiFyavJKa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1730</Words>
  <Characters>11424</Characters>
  <Application>Microsoft Office Word</Application>
  <DocSecurity>0</DocSecurity>
  <Lines>278</Lines>
  <Paragraphs>234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Jarmila Horakova</cp:lastModifiedBy>
  <cp:revision>12</cp:revision>
  <cp:lastPrinted>2025-09-10T04:37:00Z</cp:lastPrinted>
  <dcterms:created xsi:type="dcterms:W3CDTF">2025-09-13T15:29:00Z</dcterms:created>
  <dcterms:modified xsi:type="dcterms:W3CDTF">2025-09-15T13:08:00Z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65e8721a-0765-449a-9274-007e561b19cd</vt:lpwstr>
  </property>
</Properties>
</file>